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4323A8" w14:textId="12561DD6" w:rsidR="00101151" w:rsidRPr="00CD7939" w:rsidRDefault="000D7078" w:rsidP="00917211">
      <w:pPr>
        <w:pStyle w:val="Bezodstpw"/>
        <w:spacing w:after="120"/>
        <w:jc w:val="center"/>
        <w:rPr>
          <w:rFonts w:ascii="Times New Roman" w:hAnsi="Times New Roman" w:cs="Times New Roman"/>
          <w:b/>
          <w:sz w:val="28"/>
          <w:lang w:val="pl-PL"/>
        </w:rPr>
      </w:pPr>
      <w:bookmarkStart w:id="0" w:name="_GoBack"/>
      <w:bookmarkEnd w:id="0"/>
      <w:r w:rsidRPr="00CD7939">
        <w:rPr>
          <w:rFonts w:ascii="Times New Roman" w:hAnsi="Times New Roman" w:cs="Times New Roman"/>
          <w:b/>
          <w:sz w:val="28"/>
          <w:lang w:val="pl-PL"/>
        </w:rPr>
        <w:t>FORMULARZ OFERTOWY</w:t>
      </w:r>
    </w:p>
    <w:p w14:paraId="77BBB22E" w14:textId="77777777" w:rsidR="00101151" w:rsidRPr="00CD7939" w:rsidRDefault="000D7078" w:rsidP="00917211">
      <w:pPr>
        <w:pStyle w:val="Bezodstpw"/>
        <w:jc w:val="center"/>
        <w:rPr>
          <w:rFonts w:ascii="Times New Roman" w:hAnsi="Times New Roman" w:cs="Times New Roman"/>
          <w:lang w:val="pl-PL"/>
        </w:rPr>
      </w:pPr>
      <w:r w:rsidRPr="00CD7939">
        <w:rPr>
          <w:rFonts w:ascii="Times New Roman" w:hAnsi="Times New Roman" w:cs="Times New Roman"/>
          <w:b/>
          <w:lang w:val="pl-PL"/>
        </w:rPr>
        <w:t xml:space="preserve">realizacja programu pn. „Program polityki zdrowotnej na lata 2026–2028 w zakresie profilaktyki zakażeń bakteriami </w:t>
      </w:r>
      <w:proofErr w:type="spellStart"/>
      <w:r w:rsidRPr="00CD7939">
        <w:rPr>
          <w:rFonts w:ascii="Times New Roman" w:hAnsi="Times New Roman" w:cs="Times New Roman"/>
          <w:b/>
          <w:lang w:val="pl-PL"/>
        </w:rPr>
        <w:t>meningokokowymi</w:t>
      </w:r>
      <w:proofErr w:type="spellEnd"/>
      <w:r w:rsidRPr="00CD7939">
        <w:rPr>
          <w:rFonts w:ascii="Times New Roman" w:hAnsi="Times New Roman" w:cs="Times New Roman"/>
          <w:b/>
          <w:lang w:val="pl-PL"/>
        </w:rPr>
        <w:t xml:space="preserve"> dla mieszkańców Gminy Kąty Wrocławskie, ze szczególnym uwzględnieniem szczepień ochronnych przeciw meningokokom typu C dla dzieci i młodzieży w wieku 2–19 lat”</w:t>
      </w:r>
    </w:p>
    <w:p w14:paraId="4769BE70" w14:textId="77777777" w:rsidR="00F738C4" w:rsidRPr="00CD7939" w:rsidRDefault="00F738C4" w:rsidP="00F738C4">
      <w:pPr>
        <w:rPr>
          <w:lang w:val="pl-PL"/>
        </w:rPr>
      </w:pPr>
    </w:p>
    <w:p w14:paraId="6BF6A9FA" w14:textId="18184284" w:rsidR="00F738C4" w:rsidRPr="00CD7939" w:rsidRDefault="00CD7939" w:rsidP="00F738C4">
      <w:pPr>
        <w:spacing w:after="0"/>
        <w:jc w:val="both"/>
        <w:rPr>
          <w:b/>
          <w:sz w:val="22"/>
          <w:lang w:val="pl-PL"/>
        </w:rPr>
      </w:pPr>
      <w:r w:rsidRPr="00CD7939">
        <w:rPr>
          <w:b/>
          <w:sz w:val="22"/>
          <w:lang w:val="pl-PL"/>
        </w:rPr>
        <w:t>Sposób Wypełnienia:</w:t>
      </w:r>
    </w:p>
    <w:p w14:paraId="49800924" w14:textId="2409B58E" w:rsidR="00101151" w:rsidRPr="00CD7939" w:rsidRDefault="00F738C4" w:rsidP="00F738C4">
      <w:pPr>
        <w:spacing w:after="0"/>
        <w:jc w:val="both"/>
        <w:rPr>
          <w:sz w:val="22"/>
          <w:lang w:val="pl-PL"/>
        </w:rPr>
      </w:pPr>
      <w:r w:rsidRPr="00CD7939">
        <w:rPr>
          <w:sz w:val="22"/>
          <w:lang w:val="pl-PL"/>
        </w:rPr>
        <w:t xml:space="preserve">Wszystkie pola należy wypełnić. Ceny jednostkowe kompletnej interwencji szczepiennej i otwartego spotkania edukacyjnego oraz roczna kwota za działania </w:t>
      </w:r>
      <w:proofErr w:type="spellStart"/>
      <w:r w:rsidRPr="00CD7939">
        <w:rPr>
          <w:sz w:val="22"/>
          <w:lang w:val="pl-PL"/>
        </w:rPr>
        <w:t>pozaszczepienne</w:t>
      </w:r>
      <w:proofErr w:type="spellEnd"/>
      <w:r w:rsidRPr="00CD7939">
        <w:rPr>
          <w:sz w:val="22"/>
          <w:lang w:val="pl-PL"/>
        </w:rPr>
        <w:t xml:space="preserve"> muszą być większe od zera. W</w:t>
      </w:r>
      <w:r w:rsidR="005C5485">
        <w:rPr>
          <w:sz w:val="22"/>
          <w:lang w:val="pl-PL"/>
        </w:rPr>
        <w:t> </w:t>
      </w:r>
      <w:r w:rsidRPr="00CD7939">
        <w:rPr>
          <w:sz w:val="22"/>
          <w:lang w:val="pl-PL"/>
        </w:rPr>
        <w:t>szczegółowej kalkulacji wartość „0” jest dopuszczalna tylko przy pozycji, która rzeczywiście nie występuje, wraz z uzasadnieniem. Wszystkie kwoty podaje się brutto.</w:t>
      </w:r>
    </w:p>
    <w:p w14:paraId="4FEB80D8" w14:textId="77777777" w:rsidR="00101151" w:rsidRPr="00CD7939" w:rsidRDefault="000D7078">
      <w:pPr>
        <w:pStyle w:val="Nagwek1"/>
        <w:rPr>
          <w:rFonts w:ascii="Times New Roman" w:hAnsi="Times New Roman" w:cs="Times New Roman"/>
          <w:color w:val="000000" w:themeColor="text1"/>
          <w:sz w:val="24"/>
          <w:lang w:val="pl-PL"/>
        </w:rPr>
      </w:pPr>
      <w:r w:rsidRPr="00CD7939">
        <w:rPr>
          <w:rFonts w:ascii="Times New Roman" w:hAnsi="Times New Roman" w:cs="Times New Roman"/>
          <w:color w:val="000000" w:themeColor="text1"/>
          <w:sz w:val="24"/>
          <w:lang w:val="pl-PL"/>
        </w:rPr>
        <w:t>I. Dane Oferenta</w:t>
      </w:r>
    </w:p>
    <w:tbl>
      <w:tblPr>
        <w:tblStyle w:val="Tabela-Siatka"/>
        <w:tblW w:w="9000" w:type="dxa"/>
        <w:jc w:val="center"/>
        <w:tblLayout w:type="fixed"/>
        <w:tblLook w:val="04A0" w:firstRow="1" w:lastRow="0" w:firstColumn="1" w:lastColumn="0" w:noHBand="0" w:noVBand="1"/>
      </w:tblPr>
      <w:tblGrid>
        <w:gridCol w:w="3240"/>
        <w:gridCol w:w="5760"/>
      </w:tblGrid>
      <w:tr w:rsidR="00101151" w:rsidRPr="00CD7939" w14:paraId="1C4E8EE1" w14:textId="77777777" w:rsidTr="00865A31">
        <w:trPr>
          <w:cantSplit/>
          <w:tblHeader/>
          <w:jc w:val="center"/>
        </w:trPr>
        <w:tc>
          <w:tcPr>
            <w:tcW w:w="3240" w:type="dxa"/>
            <w:shd w:val="clear" w:color="auto" w:fill="D9D9D9" w:themeFill="background1" w:themeFillShade="D9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8BAC559" w14:textId="77777777" w:rsidR="00101151" w:rsidRPr="005C5485" w:rsidRDefault="000D7078">
            <w:pPr>
              <w:spacing w:after="0" w:line="240" w:lineRule="auto"/>
              <w:rPr>
                <w:szCs w:val="24"/>
                <w:lang w:val="pl-PL"/>
              </w:rPr>
            </w:pPr>
            <w:r w:rsidRPr="005C5485">
              <w:rPr>
                <w:b/>
                <w:szCs w:val="24"/>
                <w:lang w:val="pl-PL"/>
              </w:rPr>
              <w:t>Pole</w:t>
            </w:r>
          </w:p>
        </w:tc>
        <w:tc>
          <w:tcPr>
            <w:tcW w:w="5760" w:type="dxa"/>
            <w:shd w:val="clear" w:color="auto" w:fill="D9D9D9" w:themeFill="background1" w:themeFillShade="D9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031A9DE" w14:textId="77777777" w:rsidR="00101151" w:rsidRPr="00CD7939" w:rsidRDefault="000D7078">
            <w:pPr>
              <w:spacing w:after="0" w:line="240" w:lineRule="auto"/>
              <w:rPr>
                <w:lang w:val="pl-PL"/>
              </w:rPr>
            </w:pPr>
            <w:r w:rsidRPr="005C5485">
              <w:rPr>
                <w:b/>
                <w:szCs w:val="24"/>
                <w:lang w:val="pl-PL"/>
              </w:rPr>
              <w:t>Dane Oferenta</w:t>
            </w:r>
          </w:p>
        </w:tc>
      </w:tr>
      <w:tr w:rsidR="00101151" w:rsidRPr="00CD7939" w14:paraId="6BC613DC" w14:textId="77777777">
        <w:trPr>
          <w:cantSplit/>
          <w:jc w:val="center"/>
        </w:trPr>
        <w:tc>
          <w:tcPr>
            <w:tcW w:w="324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CCC106E" w14:textId="77777777" w:rsidR="00101151" w:rsidRPr="005C5485" w:rsidRDefault="000D7078">
            <w:pPr>
              <w:spacing w:after="0" w:line="240" w:lineRule="auto"/>
              <w:rPr>
                <w:szCs w:val="24"/>
                <w:lang w:val="pl-PL"/>
              </w:rPr>
            </w:pPr>
            <w:r w:rsidRPr="005C5485">
              <w:rPr>
                <w:szCs w:val="24"/>
                <w:lang w:val="pl-PL"/>
              </w:rPr>
              <w:t>Pełna nazwa / firma</w:t>
            </w:r>
          </w:p>
        </w:tc>
        <w:tc>
          <w:tcPr>
            <w:tcW w:w="576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B9EF267" w14:textId="77777777" w:rsidR="00101151" w:rsidRPr="00CD7939" w:rsidRDefault="00101151">
            <w:pPr>
              <w:spacing w:after="0" w:line="240" w:lineRule="auto"/>
              <w:rPr>
                <w:lang w:val="pl-PL"/>
              </w:rPr>
            </w:pPr>
          </w:p>
        </w:tc>
      </w:tr>
      <w:tr w:rsidR="00101151" w:rsidRPr="00CD7939" w14:paraId="3A9966CD" w14:textId="77777777">
        <w:trPr>
          <w:cantSplit/>
          <w:jc w:val="center"/>
        </w:trPr>
        <w:tc>
          <w:tcPr>
            <w:tcW w:w="324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8F4D2D6" w14:textId="77777777" w:rsidR="00101151" w:rsidRPr="005C5485" w:rsidRDefault="000D7078">
            <w:pPr>
              <w:spacing w:after="0" w:line="240" w:lineRule="auto"/>
              <w:rPr>
                <w:szCs w:val="24"/>
                <w:lang w:val="pl-PL"/>
              </w:rPr>
            </w:pPr>
            <w:r w:rsidRPr="005C5485">
              <w:rPr>
                <w:szCs w:val="24"/>
                <w:lang w:val="pl-PL"/>
              </w:rPr>
              <w:t>Forma prawna</w:t>
            </w:r>
          </w:p>
        </w:tc>
        <w:tc>
          <w:tcPr>
            <w:tcW w:w="576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3493595" w14:textId="77777777" w:rsidR="00101151" w:rsidRPr="00CD7939" w:rsidRDefault="00101151">
            <w:pPr>
              <w:spacing w:after="0" w:line="240" w:lineRule="auto"/>
              <w:rPr>
                <w:lang w:val="pl-PL"/>
              </w:rPr>
            </w:pPr>
          </w:p>
        </w:tc>
      </w:tr>
      <w:tr w:rsidR="00101151" w:rsidRPr="00CD7939" w14:paraId="08C80059" w14:textId="77777777">
        <w:trPr>
          <w:cantSplit/>
          <w:jc w:val="center"/>
        </w:trPr>
        <w:tc>
          <w:tcPr>
            <w:tcW w:w="324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A099FDD" w14:textId="77777777" w:rsidR="00101151" w:rsidRPr="005C5485" w:rsidRDefault="000D7078">
            <w:pPr>
              <w:spacing w:after="0" w:line="240" w:lineRule="auto"/>
              <w:rPr>
                <w:szCs w:val="24"/>
                <w:lang w:val="pl-PL"/>
              </w:rPr>
            </w:pPr>
            <w:r w:rsidRPr="005C5485">
              <w:rPr>
                <w:szCs w:val="24"/>
                <w:lang w:val="pl-PL"/>
              </w:rPr>
              <w:t>Adres siedziby</w:t>
            </w:r>
          </w:p>
        </w:tc>
        <w:tc>
          <w:tcPr>
            <w:tcW w:w="576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E46AF82" w14:textId="77777777" w:rsidR="00101151" w:rsidRPr="00CD7939" w:rsidRDefault="00101151">
            <w:pPr>
              <w:spacing w:after="0" w:line="240" w:lineRule="auto"/>
              <w:rPr>
                <w:lang w:val="pl-PL"/>
              </w:rPr>
            </w:pPr>
          </w:p>
        </w:tc>
      </w:tr>
      <w:tr w:rsidR="00101151" w:rsidRPr="00CD7939" w14:paraId="6DFA8DB3" w14:textId="77777777">
        <w:trPr>
          <w:cantSplit/>
          <w:jc w:val="center"/>
        </w:trPr>
        <w:tc>
          <w:tcPr>
            <w:tcW w:w="324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BC1FBF1" w14:textId="77777777" w:rsidR="00101151" w:rsidRPr="005C5485" w:rsidRDefault="000D7078">
            <w:pPr>
              <w:spacing w:after="0" w:line="240" w:lineRule="auto"/>
              <w:rPr>
                <w:szCs w:val="24"/>
                <w:lang w:val="pl-PL"/>
              </w:rPr>
            </w:pPr>
            <w:r w:rsidRPr="005C5485">
              <w:rPr>
                <w:szCs w:val="24"/>
                <w:lang w:val="pl-PL"/>
              </w:rPr>
              <w:t>NIP</w:t>
            </w:r>
          </w:p>
        </w:tc>
        <w:tc>
          <w:tcPr>
            <w:tcW w:w="576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BEB53CC" w14:textId="77777777" w:rsidR="00101151" w:rsidRPr="00CD7939" w:rsidRDefault="00101151">
            <w:pPr>
              <w:spacing w:after="0" w:line="240" w:lineRule="auto"/>
              <w:rPr>
                <w:lang w:val="pl-PL"/>
              </w:rPr>
            </w:pPr>
          </w:p>
        </w:tc>
      </w:tr>
      <w:tr w:rsidR="00101151" w:rsidRPr="00CD7939" w14:paraId="5A4B0427" w14:textId="77777777">
        <w:trPr>
          <w:cantSplit/>
          <w:jc w:val="center"/>
        </w:trPr>
        <w:tc>
          <w:tcPr>
            <w:tcW w:w="324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01B0F01" w14:textId="77777777" w:rsidR="00101151" w:rsidRPr="005C5485" w:rsidRDefault="000D7078">
            <w:pPr>
              <w:spacing w:after="0" w:line="240" w:lineRule="auto"/>
              <w:rPr>
                <w:szCs w:val="24"/>
                <w:lang w:val="pl-PL"/>
              </w:rPr>
            </w:pPr>
            <w:r w:rsidRPr="005C5485">
              <w:rPr>
                <w:szCs w:val="24"/>
                <w:lang w:val="pl-PL"/>
              </w:rPr>
              <w:t>REGON</w:t>
            </w:r>
          </w:p>
        </w:tc>
        <w:tc>
          <w:tcPr>
            <w:tcW w:w="576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91B6051" w14:textId="77777777" w:rsidR="00101151" w:rsidRPr="00CD7939" w:rsidRDefault="00101151">
            <w:pPr>
              <w:spacing w:after="0" w:line="240" w:lineRule="auto"/>
              <w:rPr>
                <w:lang w:val="pl-PL"/>
              </w:rPr>
            </w:pPr>
          </w:p>
        </w:tc>
      </w:tr>
      <w:tr w:rsidR="00101151" w:rsidRPr="00CD7939" w14:paraId="5543472A" w14:textId="77777777">
        <w:trPr>
          <w:cantSplit/>
          <w:jc w:val="center"/>
        </w:trPr>
        <w:tc>
          <w:tcPr>
            <w:tcW w:w="324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AEB2842" w14:textId="77777777" w:rsidR="00101151" w:rsidRPr="005C5485" w:rsidRDefault="000D7078">
            <w:pPr>
              <w:spacing w:after="0" w:line="240" w:lineRule="auto"/>
              <w:rPr>
                <w:szCs w:val="24"/>
                <w:lang w:val="pl-PL"/>
              </w:rPr>
            </w:pPr>
            <w:r w:rsidRPr="005C5485">
              <w:rPr>
                <w:szCs w:val="24"/>
                <w:lang w:val="pl-PL"/>
              </w:rPr>
              <w:t>KRS / CEIDG / inny rejestr i numer</w:t>
            </w:r>
          </w:p>
        </w:tc>
        <w:tc>
          <w:tcPr>
            <w:tcW w:w="576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A742884" w14:textId="77777777" w:rsidR="00101151" w:rsidRPr="00CD7939" w:rsidRDefault="00101151">
            <w:pPr>
              <w:spacing w:after="0" w:line="240" w:lineRule="auto"/>
              <w:rPr>
                <w:lang w:val="pl-PL"/>
              </w:rPr>
            </w:pPr>
          </w:p>
        </w:tc>
      </w:tr>
      <w:tr w:rsidR="00101151" w:rsidRPr="00CD7939" w14:paraId="6A95DDF0" w14:textId="77777777">
        <w:trPr>
          <w:cantSplit/>
          <w:jc w:val="center"/>
        </w:trPr>
        <w:tc>
          <w:tcPr>
            <w:tcW w:w="324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10DEFCD" w14:textId="77777777" w:rsidR="00101151" w:rsidRPr="005C5485" w:rsidRDefault="000D7078">
            <w:pPr>
              <w:spacing w:after="0" w:line="240" w:lineRule="auto"/>
              <w:rPr>
                <w:szCs w:val="24"/>
                <w:lang w:val="pl-PL"/>
              </w:rPr>
            </w:pPr>
            <w:r w:rsidRPr="005C5485">
              <w:rPr>
                <w:szCs w:val="24"/>
                <w:lang w:val="pl-PL"/>
              </w:rPr>
              <w:t>Numer wpisu do RPWDL</w:t>
            </w:r>
          </w:p>
        </w:tc>
        <w:tc>
          <w:tcPr>
            <w:tcW w:w="576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EB54145" w14:textId="77777777" w:rsidR="00101151" w:rsidRPr="00CD7939" w:rsidRDefault="00101151">
            <w:pPr>
              <w:spacing w:after="0" w:line="240" w:lineRule="auto"/>
              <w:rPr>
                <w:lang w:val="pl-PL"/>
              </w:rPr>
            </w:pPr>
          </w:p>
        </w:tc>
      </w:tr>
      <w:tr w:rsidR="00101151" w:rsidRPr="00CD7939" w14:paraId="4BFA8C86" w14:textId="77777777">
        <w:trPr>
          <w:cantSplit/>
          <w:jc w:val="center"/>
        </w:trPr>
        <w:tc>
          <w:tcPr>
            <w:tcW w:w="324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2703348" w14:textId="77777777" w:rsidR="00101151" w:rsidRPr="005C5485" w:rsidRDefault="000D7078">
            <w:pPr>
              <w:spacing w:after="0" w:line="240" w:lineRule="auto"/>
              <w:rPr>
                <w:szCs w:val="24"/>
                <w:lang w:val="pl-PL"/>
              </w:rPr>
            </w:pPr>
            <w:r w:rsidRPr="005C5485">
              <w:rPr>
                <w:szCs w:val="24"/>
                <w:lang w:val="pl-PL"/>
              </w:rPr>
              <w:t>Telefon</w:t>
            </w:r>
          </w:p>
        </w:tc>
        <w:tc>
          <w:tcPr>
            <w:tcW w:w="576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56C04A1" w14:textId="77777777" w:rsidR="00101151" w:rsidRPr="00CD7939" w:rsidRDefault="00101151">
            <w:pPr>
              <w:spacing w:after="0" w:line="240" w:lineRule="auto"/>
              <w:rPr>
                <w:lang w:val="pl-PL"/>
              </w:rPr>
            </w:pPr>
          </w:p>
        </w:tc>
      </w:tr>
      <w:tr w:rsidR="00101151" w:rsidRPr="00CD7939" w14:paraId="652E18BC" w14:textId="77777777">
        <w:trPr>
          <w:cantSplit/>
          <w:jc w:val="center"/>
        </w:trPr>
        <w:tc>
          <w:tcPr>
            <w:tcW w:w="324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5EDCA38" w14:textId="77777777" w:rsidR="00101151" w:rsidRPr="005C5485" w:rsidRDefault="000D7078">
            <w:pPr>
              <w:spacing w:after="0" w:line="240" w:lineRule="auto"/>
              <w:rPr>
                <w:szCs w:val="24"/>
                <w:lang w:val="pl-PL"/>
              </w:rPr>
            </w:pPr>
            <w:r w:rsidRPr="005C5485">
              <w:rPr>
                <w:szCs w:val="24"/>
                <w:lang w:val="pl-PL"/>
              </w:rPr>
              <w:t>E-mail</w:t>
            </w:r>
          </w:p>
        </w:tc>
        <w:tc>
          <w:tcPr>
            <w:tcW w:w="576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E73A281" w14:textId="77777777" w:rsidR="00101151" w:rsidRPr="00CD7939" w:rsidRDefault="00101151">
            <w:pPr>
              <w:spacing w:after="0" w:line="240" w:lineRule="auto"/>
              <w:rPr>
                <w:lang w:val="pl-PL"/>
              </w:rPr>
            </w:pPr>
          </w:p>
        </w:tc>
      </w:tr>
      <w:tr w:rsidR="00101151" w:rsidRPr="00CD7939" w14:paraId="134D7C67" w14:textId="77777777">
        <w:trPr>
          <w:cantSplit/>
          <w:jc w:val="center"/>
        </w:trPr>
        <w:tc>
          <w:tcPr>
            <w:tcW w:w="324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477D776" w14:textId="77777777" w:rsidR="00101151" w:rsidRPr="005C5485" w:rsidRDefault="000D7078">
            <w:pPr>
              <w:spacing w:after="0" w:line="240" w:lineRule="auto"/>
              <w:rPr>
                <w:szCs w:val="24"/>
                <w:lang w:val="pl-PL"/>
              </w:rPr>
            </w:pPr>
            <w:r w:rsidRPr="005C5485">
              <w:rPr>
                <w:szCs w:val="24"/>
                <w:lang w:val="pl-PL"/>
              </w:rPr>
              <w:t xml:space="preserve">Adres do e-Doręczeń / </w:t>
            </w:r>
            <w:proofErr w:type="spellStart"/>
            <w:r w:rsidRPr="005C5485">
              <w:rPr>
                <w:szCs w:val="24"/>
                <w:lang w:val="pl-PL"/>
              </w:rPr>
              <w:t>ePUAP</w:t>
            </w:r>
            <w:proofErr w:type="spellEnd"/>
            <w:r w:rsidRPr="005C5485">
              <w:rPr>
                <w:szCs w:val="24"/>
                <w:lang w:val="pl-PL"/>
              </w:rPr>
              <w:t xml:space="preserve"> – jeżeli dotyczy</w:t>
            </w:r>
          </w:p>
        </w:tc>
        <w:tc>
          <w:tcPr>
            <w:tcW w:w="576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491AAAC" w14:textId="77777777" w:rsidR="00101151" w:rsidRPr="00CD7939" w:rsidRDefault="00101151">
            <w:pPr>
              <w:spacing w:after="0" w:line="240" w:lineRule="auto"/>
              <w:rPr>
                <w:lang w:val="pl-PL"/>
              </w:rPr>
            </w:pPr>
          </w:p>
        </w:tc>
      </w:tr>
      <w:tr w:rsidR="00101151" w:rsidRPr="00CD7939" w14:paraId="03ED6FAE" w14:textId="77777777">
        <w:trPr>
          <w:cantSplit/>
          <w:jc w:val="center"/>
        </w:trPr>
        <w:tc>
          <w:tcPr>
            <w:tcW w:w="324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EAA2EE5" w14:textId="77777777" w:rsidR="00101151" w:rsidRPr="005C5485" w:rsidRDefault="000D7078">
            <w:pPr>
              <w:spacing w:after="0" w:line="240" w:lineRule="auto"/>
              <w:rPr>
                <w:szCs w:val="24"/>
                <w:lang w:val="pl-PL"/>
              </w:rPr>
            </w:pPr>
            <w:r w:rsidRPr="005C5485">
              <w:rPr>
                <w:szCs w:val="24"/>
                <w:lang w:val="pl-PL"/>
              </w:rPr>
              <w:t>Rachunek bankowy</w:t>
            </w:r>
          </w:p>
        </w:tc>
        <w:tc>
          <w:tcPr>
            <w:tcW w:w="576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1D5D8DE" w14:textId="77777777" w:rsidR="00101151" w:rsidRPr="00CD7939" w:rsidRDefault="00101151">
            <w:pPr>
              <w:spacing w:after="0" w:line="240" w:lineRule="auto"/>
              <w:rPr>
                <w:lang w:val="pl-PL"/>
              </w:rPr>
            </w:pPr>
          </w:p>
        </w:tc>
      </w:tr>
      <w:tr w:rsidR="00101151" w:rsidRPr="00CD7939" w14:paraId="4371A74B" w14:textId="77777777">
        <w:trPr>
          <w:cantSplit/>
          <w:jc w:val="center"/>
        </w:trPr>
        <w:tc>
          <w:tcPr>
            <w:tcW w:w="324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6E20E13" w14:textId="77777777" w:rsidR="00101151" w:rsidRPr="005C5485" w:rsidRDefault="000D7078">
            <w:pPr>
              <w:spacing w:after="0" w:line="240" w:lineRule="auto"/>
              <w:rPr>
                <w:szCs w:val="24"/>
                <w:lang w:val="pl-PL"/>
              </w:rPr>
            </w:pPr>
            <w:r w:rsidRPr="005C5485">
              <w:rPr>
                <w:szCs w:val="24"/>
                <w:lang w:val="pl-PL"/>
              </w:rPr>
              <w:t>Osoba/osoby uprawnione do reprezentacji</w:t>
            </w:r>
          </w:p>
        </w:tc>
        <w:tc>
          <w:tcPr>
            <w:tcW w:w="576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942D1A5" w14:textId="77777777" w:rsidR="00101151" w:rsidRPr="00CD7939" w:rsidRDefault="00101151">
            <w:pPr>
              <w:spacing w:after="0" w:line="240" w:lineRule="auto"/>
              <w:rPr>
                <w:lang w:val="pl-PL"/>
              </w:rPr>
            </w:pPr>
          </w:p>
        </w:tc>
      </w:tr>
      <w:tr w:rsidR="00101151" w:rsidRPr="00CD7939" w14:paraId="781207CD" w14:textId="77777777">
        <w:trPr>
          <w:cantSplit/>
          <w:jc w:val="center"/>
        </w:trPr>
        <w:tc>
          <w:tcPr>
            <w:tcW w:w="324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A2BC7DA" w14:textId="77777777" w:rsidR="00101151" w:rsidRPr="005C5485" w:rsidRDefault="000D7078">
            <w:pPr>
              <w:spacing w:after="0" w:line="240" w:lineRule="auto"/>
              <w:rPr>
                <w:szCs w:val="24"/>
                <w:lang w:val="pl-PL"/>
              </w:rPr>
            </w:pPr>
            <w:r w:rsidRPr="005C5485">
              <w:rPr>
                <w:szCs w:val="24"/>
                <w:lang w:val="pl-PL"/>
              </w:rPr>
              <w:t>Osoba do kontaktu, telefon i e-mail</w:t>
            </w:r>
          </w:p>
        </w:tc>
        <w:tc>
          <w:tcPr>
            <w:tcW w:w="576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C9EEDB4" w14:textId="77777777" w:rsidR="00101151" w:rsidRPr="00CD7939" w:rsidRDefault="00101151">
            <w:pPr>
              <w:spacing w:after="0" w:line="240" w:lineRule="auto"/>
              <w:rPr>
                <w:lang w:val="pl-PL"/>
              </w:rPr>
            </w:pPr>
          </w:p>
        </w:tc>
      </w:tr>
    </w:tbl>
    <w:p w14:paraId="66C23596" w14:textId="77777777" w:rsidR="00101151" w:rsidRPr="00CD7939" w:rsidRDefault="00101151">
      <w:pPr>
        <w:rPr>
          <w:lang w:val="pl-PL"/>
        </w:rPr>
      </w:pPr>
    </w:p>
    <w:p w14:paraId="438EADE8" w14:textId="77777777" w:rsidR="00101151" w:rsidRPr="00CD7939" w:rsidRDefault="000D7078">
      <w:pPr>
        <w:pStyle w:val="Nagwek1"/>
        <w:rPr>
          <w:rFonts w:ascii="Times New Roman" w:hAnsi="Times New Roman" w:cs="Times New Roman"/>
          <w:color w:val="000000" w:themeColor="text1"/>
          <w:sz w:val="24"/>
          <w:lang w:val="pl-PL"/>
        </w:rPr>
      </w:pPr>
      <w:r w:rsidRPr="00CD7939">
        <w:rPr>
          <w:rFonts w:ascii="Times New Roman" w:hAnsi="Times New Roman" w:cs="Times New Roman"/>
          <w:color w:val="000000" w:themeColor="text1"/>
          <w:sz w:val="24"/>
          <w:lang w:val="pl-PL"/>
        </w:rPr>
        <w:t>II. Koncepcja realizacji Programu</w:t>
      </w:r>
    </w:p>
    <w:tbl>
      <w:tblPr>
        <w:tblStyle w:val="Tabela-Siatka"/>
        <w:tblW w:w="9000" w:type="dxa"/>
        <w:jc w:val="center"/>
        <w:tblLayout w:type="fixed"/>
        <w:tblLook w:val="04A0" w:firstRow="1" w:lastRow="0" w:firstColumn="1" w:lastColumn="0" w:noHBand="0" w:noVBand="1"/>
      </w:tblPr>
      <w:tblGrid>
        <w:gridCol w:w="3960"/>
        <w:gridCol w:w="5040"/>
      </w:tblGrid>
      <w:tr w:rsidR="00101151" w:rsidRPr="00CD7939" w14:paraId="577650C4" w14:textId="77777777" w:rsidTr="00865A31">
        <w:trPr>
          <w:cantSplit/>
          <w:tblHeader/>
          <w:jc w:val="center"/>
        </w:trPr>
        <w:tc>
          <w:tcPr>
            <w:tcW w:w="3960" w:type="dxa"/>
            <w:shd w:val="clear" w:color="auto" w:fill="D9D9D9" w:themeFill="background1" w:themeFillShade="D9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3B28522" w14:textId="77777777" w:rsidR="00101151" w:rsidRPr="005C5485" w:rsidRDefault="000D7078">
            <w:pPr>
              <w:spacing w:after="0" w:line="240" w:lineRule="auto"/>
              <w:rPr>
                <w:szCs w:val="28"/>
                <w:lang w:val="pl-PL"/>
              </w:rPr>
            </w:pPr>
            <w:r w:rsidRPr="005C5485">
              <w:rPr>
                <w:b/>
                <w:szCs w:val="28"/>
                <w:lang w:val="pl-PL"/>
              </w:rPr>
              <w:t>Element wymagany</w:t>
            </w:r>
          </w:p>
        </w:tc>
        <w:tc>
          <w:tcPr>
            <w:tcW w:w="5040" w:type="dxa"/>
            <w:shd w:val="clear" w:color="auto" w:fill="D9D9D9" w:themeFill="background1" w:themeFillShade="D9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2AA39C1" w14:textId="77777777" w:rsidR="00101151" w:rsidRPr="005C5485" w:rsidRDefault="000D7078">
            <w:pPr>
              <w:spacing w:after="0" w:line="240" w:lineRule="auto"/>
              <w:rPr>
                <w:szCs w:val="28"/>
                <w:lang w:val="pl-PL"/>
              </w:rPr>
            </w:pPr>
            <w:r w:rsidRPr="005C5485">
              <w:rPr>
                <w:b/>
                <w:szCs w:val="28"/>
                <w:lang w:val="pl-PL"/>
              </w:rPr>
              <w:t>Opis Oferenta</w:t>
            </w:r>
          </w:p>
        </w:tc>
      </w:tr>
      <w:tr w:rsidR="00101151" w:rsidRPr="00CD7939" w14:paraId="25465895" w14:textId="77777777">
        <w:trPr>
          <w:cantSplit/>
          <w:jc w:val="center"/>
        </w:trPr>
        <w:tc>
          <w:tcPr>
            <w:tcW w:w="396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1055D1F" w14:textId="77777777" w:rsidR="00101151" w:rsidRPr="005C5485" w:rsidRDefault="000D7078">
            <w:pPr>
              <w:spacing w:after="0" w:line="240" w:lineRule="auto"/>
              <w:rPr>
                <w:szCs w:val="28"/>
                <w:lang w:val="pl-PL"/>
              </w:rPr>
            </w:pPr>
            <w:r w:rsidRPr="005C5485">
              <w:rPr>
                <w:szCs w:val="28"/>
                <w:lang w:val="pl-PL"/>
              </w:rPr>
              <w:t>Kampania informacyjna: kanały, odbiorcy, terminy, odpowiedzialność i pomiar zasięgu</w:t>
            </w:r>
          </w:p>
        </w:tc>
        <w:tc>
          <w:tcPr>
            <w:tcW w:w="504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5D27102" w14:textId="77777777" w:rsidR="00101151" w:rsidRPr="00CD7939" w:rsidRDefault="000D7078">
            <w:pPr>
              <w:spacing w:after="0" w:line="240" w:lineRule="auto"/>
              <w:rPr>
                <w:sz w:val="18"/>
                <w:szCs w:val="24"/>
                <w:lang w:val="pl-PL"/>
              </w:rPr>
            </w:pPr>
            <w:r w:rsidRPr="00CD7939">
              <w:rPr>
                <w:sz w:val="18"/>
                <w:szCs w:val="24"/>
                <w:lang w:val="pl-PL"/>
              </w:rPr>
              <w:br/>
            </w:r>
            <w:r w:rsidRPr="00CD7939">
              <w:rPr>
                <w:sz w:val="18"/>
                <w:szCs w:val="24"/>
                <w:lang w:val="pl-PL"/>
              </w:rPr>
              <w:br/>
            </w:r>
            <w:r w:rsidRPr="00CD7939">
              <w:rPr>
                <w:sz w:val="18"/>
                <w:szCs w:val="24"/>
                <w:lang w:val="pl-PL"/>
              </w:rPr>
              <w:br/>
            </w:r>
          </w:p>
        </w:tc>
      </w:tr>
      <w:tr w:rsidR="00101151" w:rsidRPr="00CD7939" w14:paraId="00E1B37E" w14:textId="77777777">
        <w:trPr>
          <w:cantSplit/>
          <w:jc w:val="center"/>
        </w:trPr>
        <w:tc>
          <w:tcPr>
            <w:tcW w:w="396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6C1138A" w14:textId="77777777" w:rsidR="00101151" w:rsidRPr="005C5485" w:rsidRDefault="000D7078">
            <w:pPr>
              <w:spacing w:after="0" w:line="240" w:lineRule="auto"/>
              <w:rPr>
                <w:szCs w:val="28"/>
                <w:lang w:val="pl-PL"/>
              </w:rPr>
            </w:pPr>
            <w:r w:rsidRPr="005C5485">
              <w:rPr>
                <w:szCs w:val="28"/>
                <w:lang w:val="pl-PL"/>
              </w:rPr>
              <w:t>Rekrutacja: zgłoszenia, weryfikacja kryteriów, zasady pierwszeństwa, lista rezerwowa i informowanie uczestników</w:t>
            </w:r>
          </w:p>
        </w:tc>
        <w:tc>
          <w:tcPr>
            <w:tcW w:w="504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8174C95" w14:textId="77777777" w:rsidR="00101151" w:rsidRPr="00CD7939" w:rsidRDefault="000D7078">
            <w:pPr>
              <w:spacing w:after="0" w:line="240" w:lineRule="auto"/>
              <w:rPr>
                <w:sz w:val="18"/>
                <w:szCs w:val="24"/>
                <w:lang w:val="pl-PL"/>
              </w:rPr>
            </w:pPr>
            <w:r w:rsidRPr="00CD7939">
              <w:rPr>
                <w:sz w:val="18"/>
                <w:szCs w:val="24"/>
                <w:lang w:val="pl-PL"/>
              </w:rPr>
              <w:br/>
            </w:r>
            <w:r w:rsidRPr="00CD7939">
              <w:rPr>
                <w:sz w:val="18"/>
                <w:szCs w:val="24"/>
                <w:lang w:val="pl-PL"/>
              </w:rPr>
              <w:br/>
            </w:r>
            <w:r w:rsidRPr="00CD7939">
              <w:rPr>
                <w:sz w:val="18"/>
                <w:szCs w:val="24"/>
                <w:lang w:val="pl-PL"/>
              </w:rPr>
              <w:br/>
            </w:r>
          </w:p>
        </w:tc>
      </w:tr>
      <w:tr w:rsidR="00101151" w:rsidRPr="00CD7939" w14:paraId="7A59FC3A" w14:textId="77777777">
        <w:trPr>
          <w:cantSplit/>
          <w:jc w:val="center"/>
        </w:trPr>
        <w:tc>
          <w:tcPr>
            <w:tcW w:w="396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DAFA790" w14:textId="6FECBE63" w:rsidR="00101151" w:rsidRPr="005C5485" w:rsidRDefault="008F4B13">
            <w:pPr>
              <w:spacing w:after="0" w:line="240" w:lineRule="auto"/>
              <w:rPr>
                <w:szCs w:val="28"/>
                <w:lang w:val="pl-PL"/>
              </w:rPr>
            </w:pPr>
            <w:r w:rsidRPr="005C5485">
              <w:rPr>
                <w:szCs w:val="28"/>
                <w:lang w:val="pl-PL"/>
              </w:rPr>
              <w:t xml:space="preserve">Edukacja indywidualna podczas wizyty kwalifikacyjnej, obejmująca </w:t>
            </w:r>
            <w:proofErr w:type="spellStart"/>
            <w:r w:rsidRPr="005C5485">
              <w:rPr>
                <w:szCs w:val="28"/>
                <w:lang w:val="pl-PL"/>
              </w:rPr>
              <w:t>pre</w:t>
            </w:r>
            <w:proofErr w:type="spellEnd"/>
            <w:r w:rsidRPr="005C5485">
              <w:rPr>
                <w:szCs w:val="28"/>
                <w:lang w:val="pl-PL"/>
              </w:rPr>
              <w:t>-test i post-test, oraz organizacja dwóch otwartych spotkań edukacyjnych w każdym roku realizacji Programu.</w:t>
            </w:r>
          </w:p>
        </w:tc>
        <w:tc>
          <w:tcPr>
            <w:tcW w:w="504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6BC2166" w14:textId="77777777" w:rsidR="00101151" w:rsidRPr="00CD7939" w:rsidRDefault="000D7078">
            <w:pPr>
              <w:spacing w:after="0" w:line="240" w:lineRule="auto"/>
              <w:rPr>
                <w:sz w:val="18"/>
                <w:szCs w:val="24"/>
                <w:lang w:val="pl-PL"/>
              </w:rPr>
            </w:pPr>
            <w:r w:rsidRPr="00CD7939">
              <w:rPr>
                <w:sz w:val="18"/>
                <w:szCs w:val="24"/>
                <w:lang w:val="pl-PL"/>
              </w:rPr>
              <w:br/>
            </w:r>
            <w:r w:rsidRPr="00CD7939">
              <w:rPr>
                <w:sz w:val="18"/>
                <w:szCs w:val="24"/>
                <w:lang w:val="pl-PL"/>
              </w:rPr>
              <w:br/>
            </w:r>
            <w:r w:rsidRPr="00CD7939">
              <w:rPr>
                <w:sz w:val="18"/>
                <w:szCs w:val="24"/>
                <w:lang w:val="pl-PL"/>
              </w:rPr>
              <w:br/>
            </w:r>
          </w:p>
        </w:tc>
      </w:tr>
      <w:tr w:rsidR="00101151" w:rsidRPr="00CD7939" w14:paraId="06BA624D" w14:textId="77777777">
        <w:trPr>
          <w:cantSplit/>
          <w:jc w:val="center"/>
        </w:trPr>
        <w:tc>
          <w:tcPr>
            <w:tcW w:w="396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92E236C" w14:textId="6928CE8E" w:rsidR="00101151" w:rsidRPr="005C5485" w:rsidRDefault="00262744">
            <w:pPr>
              <w:spacing w:after="0" w:line="240" w:lineRule="auto"/>
              <w:rPr>
                <w:szCs w:val="28"/>
                <w:lang w:val="pl-PL"/>
              </w:rPr>
            </w:pPr>
            <w:r w:rsidRPr="005C5485">
              <w:rPr>
                <w:szCs w:val="28"/>
                <w:lang w:val="pl-PL"/>
              </w:rPr>
              <w:lastRenderedPageBreak/>
              <w:t xml:space="preserve">Kwalifikacja i szczepienie: zgodność z </w:t>
            </w:r>
            <w:proofErr w:type="spellStart"/>
            <w:r w:rsidRPr="005C5485">
              <w:rPr>
                <w:szCs w:val="28"/>
                <w:lang w:val="pl-PL"/>
              </w:rPr>
              <w:t>ChPL</w:t>
            </w:r>
            <w:proofErr w:type="spellEnd"/>
            <w:r w:rsidRPr="005C5485">
              <w:rPr>
                <w:szCs w:val="28"/>
                <w:lang w:val="pl-PL"/>
              </w:rPr>
              <w:t>, zgody, obserwacja przez co najmniej 15 minut po szczepieniu i postępowanie przy przeciwwskazaniach.</w:t>
            </w:r>
          </w:p>
        </w:tc>
        <w:tc>
          <w:tcPr>
            <w:tcW w:w="504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A11C4DF" w14:textId="77777777" w:rsidR="00101151" w:rsidRPr="00CD7939" w:rsidRDefault="000D7078">
            <w:pPr>
              <w:spacing w:after="0" w:line="240" w:lineRule="auto"/>
              <w:rPr>
                <w:sz w:val="18"/>
                <w:szCs w:val="24"/>
                <w:lang w:val="pl-PL"/>
              </w:rPr>
            </w:pPr>
            <w:r w:rsidRPr="00CD7939">
              <w:rPr>
                <w:sz w:val="18"/>
                <w:szCs w:val="24"/>
                <w:lang w:val="pl-PL"/>
              </w:rPr>
              <w:br/>
            </w:r>
            <w:r w:rsidRPr="00CD7939">
              <w:rPr>
                <w:sz w:val="18"/>
                <w:szCs w:val="24"/>
                <w:lang w:val="pl-PL"/>
              </w:rPr>
              <w:br/>
            </w:r>
            <w:r w:rsidRPr="00CD7939">
              <w:rPr>
                <w:sz w:val="18"/>
                <w:szCs w:val="24"/>
                <w:lang w:val="pl-PL"/>
              </w:rPr>
              <w:br/>
            </w:r>
          </w:p>
        </w:tc>
      </w:tr>
      <w:tr w:rsidR="00101151" w:rsidRPr="00CD7939" w14:paraId="192F9AD4" w14:textId="77777777">
        <w:trPr>
          <w:cantSplit/>
          <w:jc w:val="center"/>
        </w:trPr>
        <w:tc>
          <w:tcPr>
            <w:tcW w:w="396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759DBCC" w14:textId="77777777" w:rsidR="00101151" w:rsidRPr="005C5485" w:rsidRDefault="000D7078">
            <w:pPr>
              <w:spacing w:after="0" w:line="240" w:lineRule="auto"/>
              <w:rPr>
                <w:szCs w:val="28"/>
                <w:lang w:val="pl-PL"/>
              </w:rPr>
            </w:pPr>
            <w:r w:rsidRPr="005C5485">
              <w:rPr>
                <w:szCs w:val="28"/>
                <w:lang w:val="pl-PL"/>
              </w:rPr>
              <w:t>Bezpieczeństwo: transport i przechowywanie szczepionek w temperaturze +2°C do +8°C, ciągłość dostaw, NOP, odpady i zastępstwa</w:t>
            </w:r>
          </w:p>
        </w:tc>
        <w:tc>
          <w:tcPr>
            <w:tcW w:w="504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D51E0F4" w14:textId="77777777" w:rsidR="00101151" w:rsidRPr="00CD7939" w:rsidRDefault="000D7078">
            <w:pPr>
              <w:spacing w:after="0" w:line="240" w:lineRule="auto"/>
              <w:rPr>
                <w:lang w:val="pl-PL"/>
              </w:rPr>
            </w:pPr>
            <w:r w:rsidRPr="00CD7939">
              <w:rPr>
                <w:sz w:val="17"/>
                <w:lang w:val="pl-PL"/>
              </w:rPr>
              <w:br/>
            </w:r>
            <w:r w:rsidRPr="00CD7939">
              <w:rPr>
                <w:sz w:val="17"/>
                <w:lang w:val="pl-PL"/>
              </w:rPr>
              <w:br/>
            </w:r>
            <w:r w:rsidRPr="00CD7939">
              <w:rPr>
                <w:sz w:val="17"/>
                <w:lang w:val="pl-PL"/>
              </w:rPr>
              <w:br/>
            </w:r>
          </w:p>
        </w:tc>
      </w:tr>
      <w:tr w:rsidR="00101151" w:rsidRPr="00CD7939" w14:paraId="2016070C" w14:textId="77777777">
        <w:trPr>
          <w:cantSplit/>
          <w:jc w:val="center"/>
        </w:trPr>
        <w:tc>
          <w:tcPr>
            <w:tcW w:w="396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253749B" w14:textId="77777777" w:rsidR="00101151" w:rsidRPr="005C5485" w:rsidRDefault="000D7078">
            <w:pPr>
              <w:spacing w:after="0" w:line="240" w:lineRule="auto"/>
              <w:rPr>
                <w:szCs w:val="28"/>
                <w:lang w:val="pl-PL"/>
              </w:rPr>
            </w:pPr>
            <w:r w:rsidRPr="005C5485">
              <w:rPr>
                <w:szCs w:val="28"/>
                <w:lang w:val="pl-PL"/>
              </w:rPr>
              <w:t>Monitoring i sprawozdawczość: ewidencja, kontrola jakości danych, mierniki, raporty i ochrona danych</w:t>
            </w:r>
          </w:p>
        </w:tc>
        <w:tc>
          <w:tcPr>
            <w:tcW w:w="504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6AD43FC" w14:textId="77777777" w:rsidR="00101151" w:rsidRPr="00CD7939" w:rsidRDefault="000D7078">
            <w:pPr>
              <w:spacing w:after="0" w:line="240" w:lineRule="auto"/>
              <w:rPr>
                <w:lang w:val="pl-PL"/>
              </w:rPr>
            </w:pPr>
            <w:r w:rsidRPr="00CD7939">
              <w:rPr>
                <w:sz w:val="17"/>
                <w:lang w:val="pl-PL"/>
              </w:rPr>
              <w:br/>
            </w:r>
            <w:r w:rsidRPr="00CD7939">
              <w:rPr>
                <w:sz w:val="17"/>
                <w:lang w:val="pl-PL"/>
              </w:rPr>
              <w:br/>
            </w:r>
            <w:r w:rsidRPr="00CD7939">
              <w:rPr>
                <w:sz w:val="17"/>
                <w:lang w:val="pl-PL"/>
              </w:rPr>
              <w:br/>
            </w:r>
          </w:p>
        </w:tc>
      </w:tr>
    </w:tbl>
    <w:p w14:paraId="08190B70" w14:textId="77777777" w:rsidR="00101151" w:rsidRPr="00CD7939" w:rsidRDefault="00101151">
      <w:pPr>
        <w:rPr>
          <w:lang w:val="pl-PL"/>
        </w:rPr>
      </w:pPr>
    </w:p>
    <w:p w14:paraId="43D88461" w14:textId="77777777" w:rsidR="00101151" w:rsidRPr="00CD7939" w:rsidRDefault="000D7078">
      <w:pPr>
        <w:pStyle w:val="Nagwek1"/>
        <w:rPr>
          <w:rFonts w:ascii="Times New Roman" w:hAnsi="Times New Roman" w:cs="Times New Roman"/>
          <w:color w:val="000000" w:themeColor="text1"/>
          <w:sz w:val="24"/>
          <w:lang w:val="pl-PL"/>
        </w:rPr>
      </w:pPr>
      <w:r w:rsidRPr="00CD7939">
        <w:rPr>
          <w:rFonts w:ascii="Times New Roman" w:hAnsi="Times New Roman" w:cs="Times New Roman"/>
          <w:color w:val="000000" w:themeColor="text1"/>
          <w:sz w:val="24"/>
          <w:lang w:val="pl-PL"/>
        </w:rPr>
        <w:t>III. Lokalizacje i dostępność</w:t>
      </w:r>
    </w:p>
    <w:tbl>
      <w:tblPr>
        <w:tblStyle w:val="Tabela-Siatka"/>
        <w:tblW w:w="9000" w:type="dxa"/>
        <w:jc w:val="center"/>
        <w:tblLayout w:type="fixed"/>
        <w:tblLook w:val="04A0" w:firstRow="1" w:lastRow="0" w:firstColumn="1" w:lastColumn="0" w:noHBand="0" w:noVBand="1"/>
      </w:tblPr>
      <w:tblGrid>
        <w:gridCol w:w="504"/>
        <w:gridCol w:w="2088"/>
        <w:gridCol w:w="1656"/>
        <w:gridCol w:w="1800"/>
        <w:gridCol w:w="1440"/>
        <w:gridCol w:w="1512"/>
      </w:tblGrid>
      <w:tr w:rsidR="00101151" w:rsidRPr="00CD7939" w14:paraId="183C5365" w14:textId="77777777" w:rsidTr="00865A31">
        <w:trPr>
          <w:cantSplit/>
          <w:tblHeader/>
          <w:jc w:val="center"/>
        </w:trPr>
        <w:tc>
          <w:tcPr>
            <w:tcW w:w="504" w:type="dxa"/>
            <w:shd w:val="clear" w:color="auto" w:fill="D9D9D9" w:themeFill="background1" w:themeFillShade="D9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45B5C05" w14:textId="77777777" w:rsidR="00101151" w:rsidRPr="005C5485" w:rsidRDefault="000D7078">
            <w:pPr>
              <w:spacing w:after="0" w:line="240" w:lineRule="auto"/>
              <w:rPr>
                <w:szCs w:val="32"/>
                <w:lang w:val="pl-PL"/>
              </w:rPr>
            </w:pPr>
            <w:r w:rsidRPr="005C5485">
              <w:rPr>
                <w:b/>
                <w:szCs w:val="32"/>
                <w:lang w:val="pl-PL"/>
              </w:rPr>
              <w:t>Lp.</w:t>
            </w:r>
          </w:p>
        </w:tc>
        <w:tc>
          <w:tcPr>
            <w:tcW w:w="2088" w:type="dxa"/>
            <w:shd w:val="clear" w:color="auto" w:fill="D9D9D9" w:themeFill="background1" w:themeFillShade="D9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FE62367" w14:textId="77777777" w:rsidR="00101151" w:rsidRPr="005C5485" w:rsidRDefault="000D7078">
            <w:pPr>
              <w:spacing w:after="0" w:line="240" w:lineRule="auto"/>
              <w:rPr>
                <w:szCs w:val="32"/>
                <w:lang w:val="pl-PL"/>
              </w:rPr>
            </w:pPr>
            <w:r w:rsidRPr="005C5485">
              <w:rPr>
                <w:b/>
                <w:szCs w:val="32"/>
                <w:lang w:val="pl-PL"/>
              </w:rPr>
              <w:t>Adres na terenie Gminy</w:t>
            </w:r>
          </w:p>
        </w:tc>
        <w:tc>
          <w:tcPr>
            <w:tcW w:w="1656" w:type="dxa"/>
            <w:shd w:val="clear" w:color="auto" w:fill="D9D9D9" w:themeFill="background1" w:themeFillShade="D9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AE8FC5C" w14:textId="77777777" w:rsidR="00101151" w:rsidRPr="005C5485" w:rsidRDefault="000D7078">
            <w:pPr>
              <w:spacing w:after="0" w:line="240" w:lineRule="auto"/>
              <w:rPr>
                <w:szCs w:val="32"/>
                <w:lang w:val="pl-PL"/>
              </w:rPr>
            </w:pPr>
            <w:r w:rsidRPr="005C5485">
              <w:rPr>
                <w:b/>
                <w:szCs w:val="32"/>
                <w:lang w:val="pl-PL"/>
              </w:rPr>
              <w:t>Dni i godziny</w:t>
            </w:r>
          </w:p>
        </w:tc>
        <w:tc>
          <w:tcPr>
            <w:tcW w:w="1800" w:type="dxa"/>
            <w:shd w:val="clear" w:color="auto" w:fill="D9D9D9" w:themeFill="background1" w:themeFillShade="D9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7263C60" w14:textId="77777777" w:rsidR="00101151" w:rsidRPr="005C5485" w:rsidRDefault="000D7078">
            <w:pPr>
              <w:spacing w:after="0" w:line="240" w:lineRule="auto"/>
              <w:rPr>
                <w:szCs w:val="32"/>
                <w:lang w:val="pl-PL"/>
              </w:rPr>
            </w:pPr>
            <w:r w:rsidRPr="005C5485">
              <w:rPr>
                <w:b/>
                <w:szCs w:val="32"/>
                <w:lang w:val="pl-PL"/>
              </w:rPr>
              <w:t>Dostępność architektoniczna</w:t>
            </w:r>
          </w:p>
        </w:tc>
        <w:tc>
          <w:tcPr>
            <w:tcW w:w="1440" w:type="dxa"/>
            <w:shd w:val="clear" w:color="auto" w:fill="D9D9D9" w:themeFill="background1" w:themeFillShade="D9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0E6F861" w14:textId="77777777" w:rsidR="00101151" w:rsidRPr="005C5485" w:rsidRDefault="000D7078">
            <w:pPr>
              <w:spacing w:after="0" w:line="240" w:lineRule="auto"/>
              <w:rPr>
                <w:szCs w:val="32"/>
                <w:lang w:val="pl-PL"/>
              </w:rPr>
            </w:pPr>
            <w:r w:rsidRPr="005C5485">
              <w:rPr>
                <w:b/>
                <w:szCs w:val="32"/>
                <w:lang w:val="pl-PL"/>
              </w:rPr>
              <w:t>Rejestracja</w:t>
            </w:r>
          </w:p>
        </w:tc>
        <w:tc>
          <w:tcPr>
            <w:tcW w:w="1512" w:type="dxa"/>
            <w:shd w:val="clear" w:color="auto" w:fill="D9D9D9" w:themeFill="background1" w:themeFillShade="D9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7D38258" w14:textId="77777777" w:rsidR="00101151" w:rsidRPr="005C5485" w:rsidRDefault="000D7078">
            <w:pPr>
              <w:spacing w:after="0" w:line="240" w:lineRule="auto"/>
              <w:rPr>
                <w:szCs w:val="32"/>
                <w:lang w:val="pl-PL"/>
              </w:rPr>
            </w:pPr>
            <w:r w:rsidRPr="005C5485">
              <w:rPr>
                <w:b/>
                <w:szCs w:val="32"/>
                <w:lang w:val="pl-PL"/>
              </w:rPr>
              <w:t>Maks. czas oczekiwania</w:t>
            </w:r>
          </w:p>
        </w:tc>
      </w:tr>
      <w:tr w:rsidR="00101151" w:rsidRPr="00CD7939" w14:paraId="7B0B1E63" w14:textId="77777777">
        <w:trPr>
          <w:cantSplit/>
          <w:jc w:val="center"/>
        </w:trPr>
        <w:tc>
          <w:tcPr>
            <w:tcW w:w="50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D5812F8" w14:textId="77777777" w:rsidR="00101151" w:rsidRPr="005C5485" w:rsidRDefault="000D7078">
            <w:pPr>
              <w:spacing w:after="0" w:line="240" w:lineRule="auto"/>
              <w:rPr>
                <w:szCs w:val="32"/>
                <w:lang w:val="pl-PL"/>
              </w:rPr>
            </w:pPr>
            <w:r w:rsidRPr="005C5485">
              <w:rPr>
                <w:szCs w:val="32"/>
                <w:lang w:val="pl-PL"/>
              </w:rPr>
              <w:t>1</w:t>
            </w:r>
          </w:p>
        </w:tc>
        <w:tc>
          <w:tcPr>
            <w:tcW w:w="2088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6DCA6A9" w14:textId="77777777" w:rsidR="00101151" w:rsidRPr="00CD7939" w:rsidRDefault="00101151">
            <w:pPr>
              <w:spacing w:after="0" w:line="240" w:lineRule="auto"/>
              <w:rPr>
                <w:sz w:val="18"/>
                <w:szCs w:val="28"/>
                <w:lang w:val="pl-PL"/>
              </w:rPr>
            </w:pPr>
          </w:p>
        </w:tc>
        <w:tc>
          <w:tcPr>
            <w:tcW w:w="165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9F270D2" w14:textId="77777777" w:rsidR="00101151" w:rsidRPr="00CD7939" w:rsidRDefault="00101151">
            <w:pPr>
              <w:spacing w:after="0" w:line="240" w:lineRule="auto"/>
              <w:rPr>
                <w:sz w:val="18"/>
                <w:szCs w:val="28"/>
                <w:lang w:val="pl-PL"/>
              </w:rPr>
            </w:pPr>
          </w:p>
        </w:tc>
        <w:tc>
          <w:tcPr>
            <w:tcW w:w="180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4DEF072" w14:textId="77777777" w:rsidR="00101151" w:rsidRPr="00CD7939" w:rsidRDefault="00101151">
            <w:pPr>
              <w:spacing w:after="0" w:line="240" w:lineRule="auto"/>
              <w:rPr>
                <w:sz w:val="18"/>
                <w:szCs w:val="28"/>
                <w:lang w:val="pl-PL"/>
              </w:rPr>
            </w:pPr>
          </w:p>
        </w:tc>
        <w:tc>
          <w:tcPr>
            <w:tcW w:w="144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7BB1C2F" w14:textId="77777777" w:rsidR="00101151" w:rsidRPr="00CD7939" w:rsidRDefault="00101151">
            <w:pPr>
              <w:spacing w:after="0" w:line="240" w:lineRule="auto"/>
              <w:rPr>
                <w:sz w:val="18"/>
                <w:szCs w:val="28"/>
                <w:lang w:val="pl-PL"/>
              </w:rPr>
            </w:pPr>
          </w:p>
        </w:tc>
        <w:tc>
          <w:tcPr>
            <w:tcW w:w="151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034F797" w14:textId="77777777" w:rsidR="00101151" w:rsidRPr="00CD7939" w:rsidRDefault="00101151">
            <w:pPr>
              <w:spacing w:after="0" w:line="240" w:lineRule="auto"/>
              <w:rPr>
                <w:sz w:val="18"/>
                <w:szCs w:val="28"/>
                <w:lang w:val="pl-PL"/>
              </w:rPr>
            </w:pPr>
          </w:p>
        </w:tc>
      </w:tr>
      <w:tr w:rsidR="00101151" w:rsidRPr="00CD7939" w14:paraId="61698A32" w14:textId="77777777">
        <w:trPr>
          <w:cantSplit/>
          <w:jc w:val="center"/>
        </w:trPr>
        <w:tc>
          <w:tcPr>
            <w:tcW w:w="50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499C78E" w14:textId="77777777" w:rsidR="00101151" w:rsidRPr="005C5485" w:rsidRDefault="000D7078">
            <w:pPr>
              <w:spacing w:after="0" w:line="240" w:lineRule="auto"/>
              <w:rPr>
                <w:szCs w:val="32"/>
                <w:lang w:val="pl-PL"/>
              </w:rPr>
            </w:pPr>
            <w:r w:rsidRPr="005C5485">
              <w:rPr>
                <w:szCs w:val="32"/>
                <w:lang w:val="pl-PL"/>
              </w:rPr>
              <w:t>2</w:t>
            </w:r>
          </w:p>
        </w:tc>
        <w:tc>
          <w:tcPr>
            <w:tcW w:w="2088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A897BB6" w14:textId="77777777" w:rsidR="00101151" w:rsidRPr="00CD7939" w:rsidRDefault="00101151">
            <w:pPr>
              <w:spacing w:after="0" w:line="240" w:lineRule="auto"/>
              <w:rPr>
                <w:sz w:val="18"/>
                <w:szCs w:val="28"/>
                <w:lang w:val="pl-PL"/>
              </w:rPr>
            </w:pPr>
          </w:p>
        </w:tc>
        <w:tc>
          <w:tcPr>
            <w:tcW w:w="165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75BC8F7" w14:textId="77777777" w:rsidR="00101151" w:rsidRPr="00CD7939" w:rsidRDefault="00101151">
            <w:pPr>
              <w:spacing w:after="0" w:line="240" w:lineRule="auto"/>
              <w:rPr>
                <w:sz w:val="18"/>
                <w:szCs w:val="28"/>
                <w:lang w:val="pl-PL"/>
              </w:rPr>
            </w:pPr>
          </w:p>
        </w:tc>
        <w:tc>
          <w:tcPr>
            <w:tcW w:w="180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7396906" w14:textId="77777777" w:rsidR="00101151" w:rsidRPr="00CD7939" w:rsidRDefault="00101151">
            <w:pPr>
              <w:spacing w:after="0" w:line="240" w:lineRule="auto"/>
              <w:rPr>
                <w:sz w:val="18"/>
                <w:szCs w:val="28"/>
                <w:lang w:val="pl-PL"/>
              </w:rPr>
            </w:pPr>
          </w:p>
        </w:tc>
        <w:tc>
          <w:tcPr>
            <w:tcW w:w="144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07ED4FC" w14:textId="77777777" w:rsidR="00101151" w:rsidRPr="00CD7939" w:rsidRDefault="00101151">
            <w:pPr>
              <w:spacing w:after="0" w:line="240" w:lineRule="auto"/>
              <w:rPr>
                <w:sz w:val="18"/>
                <w:szCs w:val="28"/>
                <w:lang w:val="pl-PL"/>
              </w:rPr>
            </w:pPr>
          </w:p>
        </w:tc>
        <w:tc>
          <w:tcPr>
            <w:tcW w:w="151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CBD9E2B" w14:textId="77777777" w:rsidR="00101151" w:rsidRPr="00CD7939" w:rsidRDefault="00101151">
            <w:pPr>
              <w:spacing w:after="0" w:line="240" w:lineRule="auto"/>
              <w:rPr>
                <w:sz w:val="18"/>
                <w:szCs w:val="28"/>
                <w:lang w:val="pl-PL"/>
              </w:rPr>
            </w:pPr>
          </w:p>
        </w:tc>
      </w:tr>
    </w:tbl>
    <w:p w14:paraId="28E7914F" w14:textId="77777777" w:rsidR="00101151" w:rsidRPr="00CD7939" w:rsidRDefault="00101151">
      <w:pPr>
        <w:rPr>
          <w:lang w:val="pl-PL"/>
        </w:rPr>
      </w:pPr>
    </w:p>
    <w:tbl>
      <w:tblPr>
        <w:tblStyle w:val="Tabela-Siatka"/>
        <w:tblW w:w="9000" w:type="dxa"/>
        <w:jc w:val="center"/>
        <w:tblLayout w:type="fixed"/>
        <w:tblLook w:val="04A0" w:firstRow="1" w:lastRow="0" w:firstColumn="1" w:lastColumn="0" w:noHBand="0" w:noVBand="1"/>
      </w:tblPr>
      <w:tblGrid>
        <w:gridCol w:w="4784"/>
        <w:gridCol w:w="1480"/>
        <w:gridCol w:w="2736"/>
      </w:tblGrid>
      <w:tr w:rsidR="00101151" w:rsidRPr="00CD7939" w14:paraId="0D6AF446" w14:textId="77777777" w:rsidTr="005C5485">
        <w:trPr>
          <w:cantSplit/>
          <w:tblHeader/>
          <w:jc w:val="center"/>
        </w:trPr>
        <w:tc>
          <w:tcPr>
            <w:tcW w:w="4784" w:type="dxa"/>
            <w:shd w:val="clear" w:color="auto" w:fill="D9D9D9" w:themeFill="background1" w:themeFillShade="D9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6BE41D0" w14:textId="77777777" w:rsidR="00101151" w:rsidRPr="005C5485" w:rsidRDefault="000D7078">
            <w:pPr>
              <w:spacing w:after="0" w:line="240" w:lineRule="auto"/>
              <w:rPr>
                <w:szCs w:val="20"/>
                <w:lang w:val="pl-PL"/>
              </w:rPr>
            </w:pPr>
            <w:r w:rsidRPr="005C5485">
              <w:rPr>
                <w:b/>
                <w:szCs w:val="20"/>
                <w:lang w:val="pl-PL"/>
              </w:rPr>
              <w:t>Deklaracja dostępności</w:t>
            </w:r>
          </w:p>
        </w:tc>
        <w:tc>
          <w:tcPr>
            <w:tcW w:w="1480" w:type="dxa"/>
            <w:shd w:val="clear" w:color="auto" w:fill="D9D9D9" w:themeFill="background1" w:themeFillShade="D9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BEFB8A7" w14:textId="77777777" w:rsidR="00101151" w:rsidRPr="005C5485" w:rsidRDefault="000D7078">
            <w:pPr>
              <w:spacing w:after="0" w:line="240" w:lineRule="auto"/>
              <w:rPr>
                <w:szCs w:val="20"/>
                <w:lang w:val="pl-PL"/>
              </w:rPr>
            </w:pPr>
            <w:r w:rsidRPr="005C5485">
              <w:rPr>
                <w:b/>
                <w:szCs w:val="20"/>
                <w:lang w:val="pl-PL"/>
              </w:rPr>
              <w:t>TAK / NIE</w:t>
            </w:r>
          </w:p>
        </w:tc>
        <w:tc>
          <w:tcPr>
            <w:tcW w:w="2736" w:type="dxa"/>
            <w:shd w:val="clear" w:color="auto" w:fill="D9D9D9" w:themeFill="background1" w:themeFillShade="D9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68BD4AF" w14:textId="77777777" w:rsidR="00101151" w:rsidRPr="005C5485" w:rsidRDefault="000D7078">
            <w:pPr>
              <w:spacing w:after="0" w:line="240" w:lineRule="auto"/>
              <w:rPr>
                <w:szCs w:val="20"/>
                <w:lang w:val="pl-PL"/>
              </w:rPr>
            </w:pPr>
            <w:r w:rsidRPr="005C5485">
              <w:rPr>
                <w:b/>
                <w:szCs w:val="20"/>
                <w:lang w:val="pl-PL"/>
              </w:rPr>
              <w:t>Opis / wskazanie miejsca</w:t>
            </w:r>
          </w:p>
        </w:tc>
      </w:tr>
      <w:tr w:rsidR="00101151" w:rsidRPr="00CD7939" w14:paraId="18C38241" w14:textId="77777777" w:rsidTr="005C5485">
        <w:trPr>
          <w:cantSplit/>
          <w:jc w:val="center"/>
        </w:trPr>
        <w:tc>
          <w:tcPr>
            <w:tcW w:w="478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B29EBD5" w14:textId="77777777" w:rsidR="00101151" w:rsidRPr="005C5485" w:rsidRDefault="000D7078">
            <w:pPr>
              <w:spacing w:after="0" w:line="240" w:lineRule="auto"/>
              <w:rPr>
                <w:szCs w:val="20"/>
                <w:lang w:val="pl-PL"/>
              </w:rPr>
            </w:pPr>
            <w:r w:rsidRPr="005C5485">
              <w:rPr>
                <w:szCs w:val="20"/>
                <w:lang w:val="pl-PL"/>
              </w:rPr>
              <w:t>Przyjęcia co najmniej raz w tygodniu po godz. 16:00</w:t>
            </w:r>
          </w:p>
        </w:tc>
        <w:tc>
          <w:tcPr>
            <w:tcW w:w="148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2493260" w14:textId="77777777" w:rsidR="00101151" w:rsidRPr="005C5485" w:rsidRDefault="000D7078">
            <w:pPr>
              <w:spacing w:after="0" w:line="240" w:lineRule="auto"/>
              <w:rPr>
                <w:szCs w:val="20"/>
                <w:lang w:val="pl-PL"/>
              </w:rPr>
            </w:pPr>
            <w:r w:rsidRPr="005C5485">
              <w:rPr>
                <w:szCs w:val="20"/>
                <w:lang w:val="pl-PL"/>
              </w:rPr>
              <w:t>□ TAK  □ NIE</w:t>
            </w:r>
          </w:p>
        </w:tc>
        <w:tc>
          <w:tcPr>
            <w:tcW w:w="273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D1E9192" w14:textId="77777777" w:rsidR="00101151" w:rsidRPr="005C5485" w:rsidRDefault="00101151">
            <w:pPr>
              <w:spacing w:after="0" w:line="240" w:lineRule="auto"/>
              <w:rPr>
                <w:szCs w:val="20"/>
                <w:lang w:val="pl-PL"/>
              </w:rPr>
            </w:pPr>
          </w:p>
        </w:tc>
      </w:tr>
      <w:tr w:rsidR="00101151" w:rsidRPr="00CD7939" w14:paraId="1BBC167B" w14:textId="77777777" w:rsidTr="005C5485">
        <w:trPr>
          <w:cantSplit/>
          <w:jc w:val="center"/>
        </w:trPr>
        <w:tc>
          <w:tcPr>
            <w:tcW w:w="478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F68C6F7" w14:textId="33520EF2" w:rsidR="00101151" w:rsidRPr="005C5485" w:rsidRDefault="000D7078">
            <w:pPr>
              <w:spacing w:after="0" w:line="240" w:lineRule="auto"/>
              <w:rPr>
                <w:szCs w:val="20"/>
                <w:lang w:val="pl-PL"/>
              </w:rPr>
            </w:pPr>
            <w:r w:rsidRPr="005C5485">
              <w:rPr>
                <w:szCs w:val="20"/>
                <w:lang w:val="pl-PL"/>
              </w:rPr>
              <w:t xml:space="preserve">Przyjęcia w co najmniej </w:t>
            </w:r>
            <w:r w:rsidR="008F4B13" w:rsidRPr="005C5485">
              <w:rPr>
                <w:szCs w:val="20"/>
                <w:lang w:val="pl-PL"/>
              </w:rPr>
              <w:t>jedną sobotę</w:t>
            </w:r>
            <w:r w:rsidRPr="005C5485">
              <w:rPr>
                <w:szCs w:val="20"/>
                <w:lang w:val="pl-PL"/>
              </w:rPr>
              <w:t xml:space="preserve"> w każdym miesiącu prowadzenia szczepień</w:t>
            </w:r>
          </w:p>
        </w:tc>
        <w:tc>
          <w:tcPr>
            <w:tcW w:w="148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1A5B2EC" w14:textId="77777777" w:rsidR="00101151" w:rsidRPr="005C5485" w:rsidRDefault="000D7078">
            <w:pPr>
              <w:spacing w:after="0" w:line="240" w:lineRule="auto"/>
              <w:rPr>
                <w:szCs w:val="20"/>
                <w:lang w:val="pl-PL"/>
              </w:rPr>
            </w:pPr>
            <w:r w:rsidRPr="005C5485">
              <w:rPr>
                <w:szCs w:val="20"/>
                <w:lang w:val="pl-PL"/>
              </w:rPr>
              <w:t>□ TAK  □ NIE</w:t>
            </w:r>
          </w:p>
        </w:tc>
        <w:tc>
          <w:tcPr>
            <w:tcW w:w="273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CCDBC43" w14:textId="77777777" w:rsidR="00101151" w:rsidRPr="005C5485" w:rsidRDefault="00101151">
            <w:pPr>
              <w:spacing w:after="0" w:line="240" w:lineRule="auto"/>
              <w:rPr>
                <w:szCs w:val="20"/>
                <w:lang w:val="pl-PL"/>
              </w:rPr>
            </w:pPr>
          </w:p>
        </w:tc>
      </w:tr>
      <w:tr w:rsidR="00101151" w:rsidRPr="00CD7939" w14:paraId="079996B1" w14:textId="77777777" w:rsidTr="005C5485">
        <w:trPr>
          <w:cantSplit/>
          <w:jc w:val="center"/>
        </w:trPr>
        <w:tc>
          <w:tcPr>
            <w:tcW w:w="478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9B732BF" w14:textId="77777777" w:rsidR="00101151" w:rsidRPr="005C5485" w:rsidRDefault="000D7078">
            <w:pPr>
              <w:spacing w:after="0" w:line="240" w:lineRule="auto"/>
              <w:rPr>
                <w:szCs w:val="20"/>
                <w:lang w:val="pl-PL"/>
              </w:rPr>
            </w:pPr>
            <w:r w:rsidRPr="005C5485">
              <w:rPr>
                <w:szCs w:val="20"/>
                <w:lang w:val="pl-PL"/>
              </w:rPr>
              <w:t>Rejestracja zarówno telefoniczna, jak i elektroniczna</w:t>
            </w:r>
          </w:p>
        </w:tc>
        <w:tc>
          <w:tcPr>
            <w:tcW w:w="148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422767F" w14:textId="77777777" w:rsidR="00101151" w:rsidRPr="005C5485" w:rsidRDefault="000D7078">
            <w:pPr>
              <w:spacing w:after="0" w:line="240" w:lineRule="auto"/>
              <w:rPr>
                <w:szCs w:val="20"/>
                <w:lang w:val="pl-PL"/>
              </w:rPr>
            </w:pPr>
            <w:r w:rsidRPr="005C5485">
              <w:rPr>
                <w:szCs w:val="20"/>
                <w:lang w:val="pl-PL"/>
              </w:rPr>
              <w:t>□ TAK  □ NIE</w:t>
            </w:r>
          </w:p>
        </w:tc>
        <w:tc>
          <w:tcPr>
            <w:tcW w:w="273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928A6F3" w14:textId="77777777" w:rsidR="00101151" w:rsidRPr="005C5485" w:rsidRDefault="00101151">
            <w:pPr>
              <w:spacing w:after="0" w:line="240" w:lineRule="auto"/>
              <w:rPr>
                <w:szCs w:val="20"/>
                <w:lang w:val="pl-PL"/>
              </w:rPr>
            </w:pPr>
          </w:p>
        </w:tc>
      </w:tr>
      <w:tr w:rsidR="00101151" w:rsidRPr="00CD7939" w14:paraId="5591FCB3" w14:textId="77777777" w:rsidTr="005C5485">
        <w:trPr>
          <w:cantSplit/>
          <w:jc w:val="center"/>
        </w:trPr>
        <w:tc>
          <w:tcPr>
            <w:tcW w:w="478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A36B2AF" w14:textId="77777777" w:rsidR="00101151" w:rsidRPr="005C5485" w:rsidRDefault="000D7078">
            <w:pPr>
              <w:spacing w:after="0" w:line="240" w:lineRule="auto"/>
              <w:rPr>
                <w:szCs w:val="20"/>
                <w:lang w:val="pl-PL"/>
              </w:rPr>
            </w:pPr>
            <w:r w:rsidRPr="005C5485">
              <w:rPr>
                <w:szCs w:val="20"/>
                <w:lang w:val="pl-PL"/>
              </w:rPr>
              <w:t>Maksymalny czas oczekiwania nie dłuższy niż 7 dni roboczych</w:t>
            </w:r>
          </w:p>
        </w:tc>
        <w:tc>
          <w:tcPr>
            <w:tcW w:w="148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F71A7C3" w14:textId="77777777" w:rsidR="00101151" w:rsidRPr="005C5485" w:rsidRDefault="000D7078">
            <w:pPr>
              <w:spacing w:after="0" w:line="240" w:lineRule="auto"/>
              <w:rPr>
                <w:szCs w:val="20"/>
                <w:lang w:val="pl-PL"/>
              </w:rPr>
            </w:pPr>
            <w:r w:rsidRPr="005C5485">
              <w:rPr>
                <w:szCs w:val="20"/>
                <w:lang w:val="pl-PL"/>
              </w:rPr>
              <w:t>□ TAK  □ NIE</w:t>
            </w:r>
          </w:p>
        </w:tc>
        <w:tc>
          <w:tcPr>
            <w:tcW w:w="273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63DA28F" w14:textId="77777777" w:rsidR="00101151" w:rsidRPr="005C5485" w:rsidRDefault="00101151">
            <w:pPr>
              <w:spacing w:after="0" w:line="240" w:lineRule="auto"/>
              <w:rPr>
                <w:szCs w:val="20"/>
                <w:lang w:val="pl-PL"/>
              </w:rPr>
            </w:pPr>
          </w:p>
        </w:tc>
      </w:tr>
      <w:tr w:rsidR="00101151" w:rsidRPr="00CD7939" w14:paraId="0579BAF7" w14:textId="77777777" w:rsidTr="005C5485">
        <w:trPr>
          <w:cantSplit/>
          <w:jc w:val="center"/>
        </w:trPr>
        <w:tc>
          <w:tcPr>
            <w:tcW w:w="478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C983412" w14:textId="77777777" w:rsidR="00101151" w:rsidRPr="005C5485" w:rsidRDefault="000D7078">
            <w:pPr>
              <w:spacing w:after="0" w:line="240" w:lineRule="auto"/>
              <w:rPr>
                <w:szCs w:val="20"/>
                <w:lang w:val="pl-PL"/>
              </w:rPr>
            </w:pPr>
            <w:r w:rsidRPr="005C5485">
              <w:rPr>
                <w:szCs w:val="20"/>
                <w:lang w:val="pl-PL"/>
              </w:rPr>
              <w:t>Co najmniej dwie stałe lokalizacje na terenie Gminy</w:t>
            </w:r>
          </w:p>
        </w:tc>
        <w:tc>
          <w:tcPr>
            <w:tcW w:w="148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6127699" w14:textId="77777777" w:rsidR="00101151" w:rsidRPr="005C5485" w:rsidRDefault="000D7078">
            <w:pPr>
              <w:spacing w:after="0" w:line="240" w:lineRule="auto"/>
              <w:rPr>
                <w:szCs w:val="20"/>
                <w:lang w:val="pl-PL"/>
              </w:rPr>
            </w:pPr>
            <w:r w:rsidRPr="005C5485">
              <w:rPr>
                <w:szCs w:val="20"/>
                <w:lang w:val="pl-PL"/>
              </w:rPr>
              <w:t>□ TAK  □ NIE</w:t>
            </w:r>
          </w:p>
        </w:tc>
        <w:tc>
          <w:tcPr>
            <w:tcW w:w="273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D5CA02E" w14:textId="77777777" w:rsidR="00101151" w:rsidRPr="005C5485" w:rsidRDefault="00101151">
            <w:pPr>
              <w:spacing w:after="0" w:line="240" w:lineRule="auto"/>
              <w:rPr>
                <w:szCs w:val="20"/>
                <w:lang w:val="pl-PL"/>
              </w:rPr>
            </w:pPr>
          </w:p>
        </w:tc>
      </w:tr>
    </w:tbl>
    <w:p w14:paraId="2A063653" w14:textId="77777777" w:rsidR="00101151" w:rsidRPr="00CD7939" w:rsidRDefault="00101151">
      <w:pPr>
        <w:rPr>
          <w:lang w:val="pl-PL"/>
        </w:rPr>
      </w:pPr>
    </w:p>
    <w:p w14:paraId="4B5EE884" w14:textId="77777777" w:rsidR="00101151" w:rsidRPr="00CD7939" w:rsidRDefault="000D7078">
      <w:pPr>
        <w:pStyle w:val="Nagwek1"/>
        <w:rPr>
          <w:rFonts w:ascii="Times New Roman" w:hAnsi="Times New Roman" w:cs="Times New Roman"/>
          <w:color w:val="000000" w:themeColor="text1"/>
          <w:sz w:val="24"/>
          <w:lang w:val="pl-PL"/>
        </w:rPr>
      </w:pPr>
      <w:r w:rsidRPr="00CD7939">
        <w:rPr>
          <w:rFonts w:ascii="Times New Roman" w:hAnsi="Times New Roman" w:cs="Times New Roman"/>
          <w:color w:val="000000" w:themeColor="text1"/>
          <w:sz w:val="24"/>
          <w:lang w:val="pl-PL"/>
        </w:rPr>
        <w:t>IV. Personel</w:t>
      </w:r>
    </w:p>
    <w:tbl>
      <w:tblPr>
        <w:tblStyle w:val="Tabela-Siatka"/>
        <w:tblW w:w="9000" w:type="dxa"/>
        <w:jc w:val="center"/>
        <w:tblLayout w:type="fixed"/>
        <w:tblLook w:val="04A0" w:firstRow="1" w:lastRow="0" w:firstColumn="1" w:lastColumn="0" w:noHBand="0" w:noVBand="1"/>
      </w:tblPr>
      <w:tblGrid>
        <w:gridCol w:w="504"/>
        <w:gridCol w:w="1800"/>
        <w:gridCol w:w="1296"/>
        <w:gridCol w:w="2232"/>
        <w:gridCol w:w="1512"/>
        <w:gridCol w:w="1656"/>
      </w:tblGrid>
      <w:tr w:rsidR="00101151" w:rsidRPr="00CD7939" w14:paraId="0CBE51B5" w14:textId="77777777" w:rsidTr="00865A31">
        <w:trPr>
          <w:cantSplit/>
          <w:tblHeader/>
          <w:jc w:val="center"/>
        </w:trPr>
        <w:tc>
          <w:tcPr>
            <w:tcW w:w="504" w:type="dxa"/>
            <w:shd w:val="clear" w:color="auto" w:fill="D9D9D9" w:themeFill="background1" w:themeFillShade="D9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30AEC0B" w14:textId="77777777" w:rsidR="00101151" w:rsidRPr="005C5485" w:rsidRDefault="000D7078">
            <w:pPr>
              <w:spacing w:after="0" w:line="240" w:lineRule="auto"/>
              <w:rPr>
                <w:szCs w:val="32"/>
                <w:lang w:val="pl-PL"/>
              </w:rPr>
            </w:pPr>
            <w:r w:rsidRPr="005C5485">
              <w:rPr>
                <w:b/>
                <w:szCs w:val="32"/>
                <w:lang w:val="pl-PL"/>
              </w:rPr>
              <w:t>Lp.</w:t>
            </w:r>
          </w:p>
        </w:tc>
        <w:tc>
          <w:tcPr>
            <w:tcW w:w="1800" w:type="dxa"/>
            <w:shd w:val="clear" w:color="auto" w:fill="D9D9D9" w:themeFill="background1" w:themeFillShade="D9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50E1E8A" w14:textId="77777777" w:rsidR="00101151" w:rsidRPr="005C5485" w:rsidRDefault="000D7078">
            <w:pPr>
              <w:spacing w:after="0" w:line="240" w:lineRule="auto"/>
              <w:rPr>
                <w:szCs w:val="32"/>
                <w:lang w:val="pl-PL"/>
              </w:rPr>
            </w:pPr>
            <w:r w:rsidRPr="005C5485">
              <w:rPr>
                <w:b/>
                <w:szCs w:val="32"/>
                <w:lang w:val="pl-PL"/>
              </w:rPr>
              <w:t>Imię i nazwisko</w:t>
            </w:r>
          </w:p>
        </w:tc>
        <w:tc>
          <w:tcPr>
            <w:tcW w:w="1296" w:type="dxa"/>
            <w:shd w:val="clear" w:color="auto" w:fill="D9D9D9" w:themeFill="background1" w:themeFillShade="D9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9B664FB" w14:textId="77777777" w:rsidR="00101151" w:rsidRPr="005C5485" w:rsidRDefault="000D7078">
            <w:pPr>
              <w:spacing w:after="0" w:line="240" w:lineRule="auto"/>
              <w:rPr>
                <w:szCs w:val="32"/>
                <w:lang w:val="pl-PL"/>
              </w:rPr>
            </w:pPr>
            <w:r w:rsidRPr="005C5485">
              <w:rPr>
                <w:b/>
                <w:szCs w:val="32"/>
                <w:lang w:val="pl-PL"/>
              </w:rPr>
              <w:t>Rola</w:t>
            </w:r>
          </w:p>
        </w:tc>
        <w:tc>
          <w:tcPr>
            <w:tcW w:w="2232" w:type="dxa"/>
            <w:shd w:val="clear" w:color="auto" w:fill="D9D9D9" w:themeFill="background1" w:themeFillShade="D9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54CCAA6" w14:textId="77777777" w:rsidR="00101151" w:rsidRPr="005C5485" w:rsidRDefault="000D7078">
            <w:pPr>
              <w:spacing w:after="0" w:line="240" w:lineRule="auto"/>
              <w:rPr>
                <w:szCs w:val="32"/>
                <w:lang w:val="pl-PL"/>
              </w:rPr>
            </w:pPr>
            <w:r w:rsidRPr="005C5485">
              <w:rPr>
                <w:b/>
                <w:szCs w:val="32"/>
                <w:lang w:val="pl-PL"/>
              </w:rPr>
              <w:t>Kwalifikacje i uprawnienia</w:t>
            </w:r>
          </w:p>
        </w:tc>
        <w:tc>
          <w:tcPr>
            <w:tcW w:w="1512" w:type="dxa"/>
            <w:shd w:val="clear" w:color="auto" w:fill="D9D9D9" w:themeFill="background1" w:themeFillShade="D9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E07177F" w14:textId="77777777" w:rsidR="00101151" w:rsidRPr="005C5485" w:rsidRDefault="000D7078">
            <w:pPr>
              <w:spacing w:after="0" w:line="240" w:lineRule="auto"/>
              <w:rPr>
                <w:szCs w:val="32"/>
                <w:lang w:val="pl-PL"/>
              </w:rPr>
            </w:pPr>
            <w:r w:rsidRPr="005C5485">
              <w:rPr>
                <w:b/>
                <w:szCs w:val="32"/>
                <w:lang w:val="pl-PL"/>
              </w:rPr>
              <w:t>Doświadczenie</w:t>
            </w:r>
          </w:p>
        </w:tc>
        <w:tc>
          <w:tcPr>
            <w:tcW w:w="1656" w:type="dxa"/>
            <w:shd w:val="clear" w:color="auto" w:fill="D9D9D9" w:themeFill="background1" w:themeFillShade="D9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11D5121" w14:textId="77777777" w:rsidR="00101151" w:rsidRPr="005C5485" w:rsidRDefault="000D7078">
            <w:pPr>
              <w:spacing w:after="0" w:line="240" w:lineRule="auto"/>
              <w:rPr>
                <w:szCs w:val="32"/>
                <w:lang w:val="pl-PL"/>
              </w:rPr>
            </w:pPr>
            <w:r w:rsidRPr="005C5485">
              <w:rPr>
                <w:b/>
                <w:szCs w:val="32"/>
                <w:lang w:val="pl-PL"/>
              </w:rPr>
              <w:t>Podstawa dysponowania</w:t>
            </w:r>
          </w:p>
        </w:tc>
      </w:tr>
      <w:tr w:rsidR="00101151" w:rsidRPr="00CD7939" w14:paraId="57BEF428" w14:textId="77777777">
        <w:trPr>
          <w:cantSplit/>
          <w:jc w:val="center"/>
        </w:trPr>
        <w:tc>
          <w:tcPr>
            <w:tcW w:w="50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C5143D3" w14:textId="77777777" w:rsidR="00101151" w:rsidRPr="005C5485" w:rsidRDefault="000D7078">
            <w:pPr>
              <w:spacing w:after="0" w:line="240" w:lineRule="auto"/>
              <w:rPr>
                <w:szCs w:val="32"/>
                <w:lang w:val="pl-PL"/>
              </w:rPr>
            </w:pPr>
            <w:r w:rsidRPr="005C5485">
              <w:rPr>
                <w:szCs w:val="32"/>
                <w:lang w:val="pl-PL"/>
              </w:rPr>
              <w:t>1</w:t>
            </w:r>
          </w:p>
        </w:tc>
        <w:tc>
          <w:tcPr>
            <w:tcW w:w="180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4A3E2E6" w14:textId="77777777" w:rsidR="00101151" w:rsidRPr="005C5485" w:rsidRDefault="00101151">
            <w:pPr>
              <w:spacing w:after="0" w:line="240" w:lineRule="auto"/>
              <w:rPr>
                <w:szCs w:val="32"/>
                <w:lang w:val="pl-PL"/>
              </w:rPr>
            </w:pPr>
          </w:p>
        </w:tc>
        <w:tc>
          <w:tcPr>
            <w:tcW w:w="129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E44651A" w14:textId="77777777" w:rsidR="00101151" w:rsidRPr="005C5485" w:rsidRDefault="00101151">
            <w:pPr>
              <w:spacing w:after="0" w:line="240" w:lineRule="auto"/>
              <w:rPr>
                <w:szCs w:val="32"/>
                <w:lang w:val="pl-PL"/>
              </w:rPr>
            </w:pPr>
          </w:p>
        </w:tc>
        <w:tc>
          <w:tcPr>
            <w:tcW w:w="223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0E75E3B" w14:textId="77777777" w:rsidR="00101151" w:rsidRPr="005C5485" w:rsidRDefault="00101151">
            <w:pPr>
              <w:spacing w:after="0" w:line="240" w:lineRule="auto"/>
              <w:rPr>
                <w:szCs w:val="32"/>
                <w:lang w:val="pl-PL"/>
              </w:rPr>
            </w:pPr>
          </w:p>
        </w:tc>
        <w:tc>
          <w:tcPr>
            <w:tcW w:w="151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716B15D" w14:textId="77777777" w:rsidR="00101151" w:rsidRPr="005C5485" w:rsidRDefault="00101151">
            <w:pPr>
              <w:spacing w:after="0" w:line="240" w:lineRule="auto"/>
              <w:rPr>
                <w:szCs w:val="32"/>
                <w:lang w:val="pl-PL"/>
              </w:rPr>
            </w:pPr>
          </w:p>
        </w:tc>
        <w:tc>
          <w:tcPr>
            <w:tcW w:w="165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C9EEB8A" w14:textId="77777777" w:rsidR="00101151" w:rsidRPr="005C5485" w:rsidRDefault="00101151">
            <w:pPr>
              <w:spacing w:after="0" w:line="240" w:lineRule="auto"/>
              <w:rPr>
                <w:szCs w:val="32"/>
                <w:lang w:val="pl-PL"/>
              </w:rPr>
            </w:pPr>
          </w:p>
        </w:tc>
      </w:tr>
      <w:tr w:rsidR="00101151" w:rsidRPr="00CD7939" w14:paraId="6FDEA582" w14:textId="77777777">
        <w:trPr>
          <w:cantSplit/>
          <w:jc w:val="center"/>
        </w:trPr>
        <w:tc>
          <w:tcPr>
            <w:tcW w:w="50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3A9995E" w14:textId="77777777" w:rsidR="00101151" w:rsidRPr="005C5485" w:rsidRDefault="000D7078">
            <w:pPr>
              <w:spacing w:after="0" w:line="240" w:lineRule="auto"/>
              <w:rPr>
                <w:szCs w:val="32"/>
                <w:lang w:val="pl-PL"/>
              </w:rPr>
            </w:pPr>
            <w:r w:rsidRPr="005C5485">
              <w:rPr>
                <w:szCs w:val="32"/>
                <w:lang w:val="pl-PL"/>
              </w:rPr>
              <w:t>2</w:t>
            </w:r>
          </w:p>
        </w:tc>
        <w:tc>
          <w:tcPr>
            <w:tcW w:w="180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C6D8823" w14:textId="77777777" w:rsidR="00101151" w:rsidRPr="005C5485" w:rsidRDefault="00101151">
            <w:pPr>
              <w:spacing w:after="0" w:line="240" w:lineRule="auto"/>
              <w:rPr>
                <w:szCs w:val="32"/>
                <w:lang w:val="pl-PL"/>
              </w:rPr>
            </w:pPr>
          </w:p>
        </w:tc>
        <w:tc>
          <w:tcPr>
            <w:tcW w:w="129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10C6A28" w14:textId="77777777" w:rsidR="00101151" w:rsidRPr="005C5485" w:rsidRDefault="00101151">
            <w:pPr>
              <w:spacing w:after="0" w:line="240" w:lineRule="auto"/>
              <w:rPr>
                <w:szCs w:val="32"/>
                <w:lang w:val="pl-PL"/>
              </w:rPr>
            </w:pPr>
          </w:p>
        </w:tc>
        <w:tc>
          <w:tcPr>
            <w:tcW w:w="223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4511FED" w14:textId="77777777" w:rsidR="00101151" w:rsidRPr="005C5485" w:rsidRDefault="00101151">
            <w:pPr>
              <w:spacing w:after="0" w:line="240" w:lineRule="auto"/>
              <w:rPr>
                <w:szCs w:val="32"/>
                <w:lang w:val="pl-PL"/>
              </w:rPr>
            </w:pPr>
          </w:p>
        </w:tc>
        <w:tc>
          <w:tcPr>
            <w:tcW w:w="151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742A50F" w14:textId="77777777" w:rsidR="00101151" w:rsidRPr="005C5485" w:rsidRDefault="00101151">
            <w:pPr>
              <w:spacing w:after="0" w:line="240" w:lineRule="auto"/>
              <w:rPr>
                <w:szCs w:val="32"/>
                <w:lang w:val="pl-PL"/>
              </w:rPr>
            </w:pPr>
          </w:p>
        </w:tc>
        <w:tc>
          <w:tcPr>
            <w:tcW w:w="165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2C30D35" w14:textId="77777777" w:rsidR="00101151" w:rsidRPr="005C5485" w:rsidRDefault="00101151">
            <w:pPr>
              <w:spacing w:after="0" w:line="240" w:lineRule="auto"/>
              <w:rPr>
                <w:szCs w:val="32"/>
                <w:lang w:val="pl-PL"/>
              </w:rPr>
            </w:pPr>
          </w:p>
        </w:tc>
      </w:tr>
      <w:tr w:rsidR="00101151" w:rsidRPr="00CD7939" w14:paraId="5B43AF14" w14:textId="77777777">
        <w:trPr>
          <w:cantSplit/>
          <w:jc w:val="center"/>
        </w:trPr>
        <w:tc>
          <w:tcPr>
            <w:tcW w:w="50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B8064B6" w14:textId="77777777" w:rsidR="00101151" w:rsidRPr="005C5485" w:rsidRDefault="000D7078">
            <w:pPr>
              <w:spacing w:after="0" w:line="240" w:lineRule="auto"/>
              <w:rPr>
                <w:szCs w:val="32"/>
                <w:lang w:val="pl-PL"/>
              </w:rPr>
            </w:pPr>
            <w:r w:rsidRPr="005C5485">
              <w:rPr>
                <w:szCs w:val="32"/>
                <w:lang w:val="pl-PL"/>
              </w:rPr>
              <w:t>3</w:t>
            </w:r>
          </w:p>
        </w:tc>
        <w:tc>
          <w:tcPr>
            <w:tcW w:w="180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7A476F5" w14:textId="77777777" w:rsidR="00101151" w:rsidRPr="005C5485" w:rsidRDefault="00101151">
            <w:pPr>
              <w:spacing w:after="0" w:line="240" w:lineRule="auto"/>
              <w:rPr>
                <w:szCs w:val="32"/>
                <w:lang w:val="pl-PL"/>
              </w:rPr>
            </w:pPr>
          </w:p>
        </w:tc>
        <w:tc>
          <w:tcPr>
            <w:tcW w:w="129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B744A81" w14:textId="77777777" w:rsidR="00101151" w:rsidRPr="005C5485" w:rsidRDefault="00101151">
            <w:pPr>
              <w:spacing w:after="0" w:line="240" w:lineRule="auto"/>
              <w:rPr>
                <w:szCs w:val="32"/>
                <w:lang w:val="pl-PL"/>
              </w:rPr>
            </w:pPr>
          </w:p>
        </w:tc>
        <w:tc>
          <w:tcPr>
            <w:tcW w:w="223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75B04DD" w14:textId="77777777" w:rsidR="00101151" w:rsidRPr="005C5485" w:rsidRDefault="00101151">
            <w:pPr>
              <w:spacing w:after="0" w:line="240" w:lineRule="auto"/>
              <w:rPr>
                <w:szCs w:val="32"/>
                <w:lang w:val="pl-PL"/>
              </w:rPr>
            </w:pPr>
          </w:p>
        </w:tc>
        <w:tc>
          <w:tcPr>
            <w:tcW w:w="151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9D66F7F" w14:textId="77777777" w:rsidR="00101151" w:rsidRPr="005C5485" w:rsidRDefault="00101151">
            <w:pPr>
              <w:spacing w:after="0" w:line="240" w:lineRule="auto"/>
              <w:rPr>
                <w:szCs w:val="32"/>
                <w:lang w:val="pl-PL"/>
              </w:rPr>
            </w:pPr>
          </w:p>
        </w:tc>
        <w:tc>
          <w:tcPr>
            <w:tcW w:w="165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280337B" w14:textId="77777777" w:rsidR="00101151" w:rsidRPr="005C5485" w:rsidRDefault="00101151">
            <w:pPr>
              <w:spacing w:after="0" w:line="240" w:lineRule="auto"/>
              <w:rPr>
                <w:szCs w:val="32"/>
                <w:lang w:val="pl-PL"/>
              </w:rPr>
            </w:pPr>
          </w:p>
        </w:tc>
      </w:tr>
      <w:tr w:rsidR="00101151" w:rsidRPr="00CD7939" w14:paraId="0A5921A4" w14:textId="77777777">
        <w:trPr>
          <w:cantSplit/>
          <w:jc w:val="center"/>
        </w:trPr>
        <w:tc>
          <w:tcPr>
            <w:tcW w:w="50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EA07159" w14:textId="77777777" w:rsidR="00101151" w:rsidRPr="005C5485" w:rsidRDefault="000D7078">
            <w:pPr>
              <w:spacing w:after="0" w:line="240" w:lineRule="auto"/>
              <w:rPr>
                <w:szCs w:val="32"/>
                <w:lang w:val="pl-PL"/>
              </w:rPr>
            </w:pPr>
            <w:r w:rsidRPr="005C5485">
              <w:rPr>
                <w:szCs w:val="32"/>
                <w:lang w:val="pl-PL"/>
              </w:rPr>
              <w:t>4</w:t>
            </w:r>
          </w:p>
        </w:tc>
        <w:tc>
          <w:tcPr>
            <w:tcW w:w="180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C29506D" w14:textId="77777777" w:rsidR="00101151" w:rsidRPr="005C5485" w:rsidRDefault="00101151">
            <w:pPr>
              <w:spacing w:after="0" w:line="240" w:lineRule="auto"/>
              <w:rPr>
                <w:szCs w:val="32"/>
                <w:lang w:val="pl-PL"/>
              </w:rPr>
            </w:pPr>
          </w:p>
        </w:tc>
        <w:tc>
          <w:tcPr>
            <w:tcW w:w="129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7FF516B" w14:textId="77777777" w:rsidR="00101151" w:rsidRPr="005C5485" w:rsidRDefault="00101151">
            <w:pPr>
              <w:spacing w:after="0" w:line="240" w:lineRule="auto"/>
              <w:rPr>
                <w:szCs w:val="32"/>
                <w:lang w:val="pl-PL"/>
              </w:rPr>
            </w:pPr>
          </w:p>
        </w:tc>
        <w:tc>
          <w:tcPr>
            <w:tcW w:w="223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8E35E65" w14:textId="77777777" w:rsidR="00101151" w:rsidRPr="005C5485" w:rsidRDefault="00101151">
            <w:pPr>
              <w:spacing w:after="0" w:line="240" w:lineRule="auto"/>
              <w:rPr>
                <w:szCs w:val="32"/>
                <w:lang w:val="pl-PL"/>
              </w:rPr>
            </w:pPr>
          </w:p>
        </w:tc>
        <w:tc>
          <w:tcPr>
            <w:tcW w:w="151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5A93171" w14:textId="77777777" w:rsidR="00101151" w:rsidRPr="005C5485" w:rsidRDefault="00101151">
            <w:pPr>
              <w:spacing w:after="0" w:line="240" w:lineRule="auto"/>
              <w:rPr>
                <w:szCs w:val="32"/>
                <w:lang w:val="pl-PL"/>
              </w:rPr>
            </w:pPr>
          </w:p>
        </w:tc>
        <w:tc>
          <w:tcPr>
            <w:tcW w:w="165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6DA937F" w14:textId="77777777" w:rsidR="00101151" w:rsidRPr="005C5485" w:rsidRDefault="00101151">
            <w:pPr>
              <w:spacing w:after="0" w:line="240" w:lineRule="auto"/>
              <w:rPr>
                <w:szCs w:val="32"/>
                <w:lang w:val="pl-PL"/>
              </w:rPr>
            </w:pPr>
          </w:p>
        </w:tc>
      </w:tr>
      <w:tr w:rsidR="00101151" w:rsidRPr="00CD7939" w14:paraId="58A58F27" w14:textId="77777777">
        <w:trPr>
          <w:cantSplit/>
          <w:jc w:val="center"/>
        </w:trPr>
        <w:tc>
          <w:tcPr>
            <w:tcW w:w="50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86C5464" w14:textId="77777777" w:rsidR="00101151" w:rsidRPr="005C5485" w:rsidRDefault="000D7078">
            <w:pPr>
              <w:spacing w:after="0" w:line="240" w:lineRule="auto"/>
              <w:rPr>
                <w:szCs w:val="32"/>
                <w:lang w:val="pl-PL"/>
              </w:rPr>
            </w:pPr>
            <w:r w:rsidRPr="005C5485">
              <w:rPr>
                <w:szCs w:val="32"/>
                <w:lang w:val="pl-PL"/>
              </w:rPr>
              <w:t>5</w:t>
            </w:r>
          </w:p>
        </w:tc>
        <w:tc>
          <w:tcPr>
            <w:tcW w:w="180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EEE4291" w14:textId="77777777" w:rsidR="00101151" w:rsidRPr="005C5485" w:rsidRDefault="00101151">
            <w:pPr>
              <w:spacing w:after="0" w:line="240" w:lineRule="auto"/>
              <w:rPr>
                <w:szCs w:val="32"/>
                <w:lang w:val="pl-PL"/>
              </w:rPr>
            </w:pPr>
          </w:p>
        </w:tc>
        <w:tc>
          <w:tcPr>
            <w:tcW w:w="129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57C7E07" w14:textId="77777777" w:rsidR="00101151" w:rsidRPr="005C5485" w:rsidRDefault="00101151">
            <w:pPr>
              <w:spacing w:after="0" w:line="240" w:lineRule="auto"/>
              <w:rPr>
                <w:szCs w:val="32"/>
                <w:lang w:val="pl-PL"/>
              </w:rPr>
            </w:pPr>
          </w:p>
        </w:tc>
        <w:tc>
          <w:tcPr>
            <w:tcW w:w="223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3FBCC13" w14:textId="77777777" w:rsidR="00101151" w:rsidRPr="005C5485" w:rsidRDefault="00101151">
            <w:pPr>
              <w:spacing w:after="0" w:line="240" w:lineRule="auto"/>
              <w:rPr>
                <w:szCs w:val="32"/>
                <w:lang w:val="pl-PL"/>
              </w:rPr>
            </w:pPr>
          </w:p>
        </w:tc>
        <w:tc>
          <w:tcPr>
            <w:tcW w:w="151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DD0E692" w14:textId="77777777" w:rsidR="00101151" w:rsidRPr="005C5485" w:rsidRDefault="00101151">
            <w:pPr>
              <w:spacing w:after="0" w:line="240" w:lineRule="auto"/>
              <w:rPr>
                <w:szCs w:val="32"/>
                <w:lang w:val="pl-PL"/>
              </w:rPr>
            </w:pPr>
          </w:p>
        </w:tc>
        <w:tc>
          <w:tcPr>
            <w:tcW w:w="165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22A37A4" w14:textId="77777777" w:rsidR="00101151" w:rsidRPr="005C5485" w:rsidRDefault="00101151">
            <w:pPr>
              <w:spacing w:after="0" w:line="240" w:lineRule="auto"/>
              <w:rPr>
                <w:szCs w:val="32"/>
                <w:lang w:val="pl-PL"/>
              </w:rPr>
            </w:pPr>
          </w:p>
        </w:tc>
      </w:tr>
    </w:tbl>
    <w:p w14:paraId="6271BFAE" w14:textId="77777777" w:rsidR="00101151" w:rsidRPr="00CD7939" w:rsidRDefault="00101151">
      <w:pPr>
        <w:rPr>
          <w:lang w:val="pl-PL"/>
        </w:rPr>
      </w:pPr>
    </w:p>
    <w:p w14:paraId="40D3615C" w14:textId="77777777" w:rsidR="00101151" w:rsidRPr="00CD7939" w:rsidRDefault="000D7078">
      <w:pPr>
        <w:rPr>
          <w:sz w:val="22"/>
          <w:lang w:val="pl-PL"/>
        </w:rPr>
      </w:pPr>
      <w:r w:rsidRPr="00CD7939">
        <w:rPr>
          <w:sz w:val="22"/>
          <w:lang w:val="pl-PL"/>
        </w:rPr>
        <w:t>Osoba odpowiedzialna za koordynację, monitoring i raportowanie: ………………………………………………………………</w:t>
      </w:r>
    </w:p>
    <w:p w14:paraId="084AD686" w14:textId="77777777" w:rsidR="00101151" w:rsidRPr="00CD7939" w:rsidRDefault="000D7078">
      <w:pPr>
        <w:rPr>
          <w:sz w:val="22"/>
          <w:lang w:val="pl-PL"/>
        </w:rPr>
      </w:pPr>
      <w:r w:rsidRPr="00CD7939">
        <w:rPr>
          <w:sz w:val="22"/>
          <w:lang w:val="pl-PL"/>
        </w:rPr>
        <w:t>Sposób zapewnienia zastępstw i ciągłości obsady: ………………………………………………………………</w:t>
      </w:r>
    </w:p>
    <w:p w14:paraId="3A148CD3" w14:textId="77777777" w:rsidR="00101151" w:rsidRPr="00CD7939" w:rsidRDefault="000D7078">
      <w:pPr>
        <w:pStyle w:val="Nagwek1"/>
        <w:rPr>
          <w:rFonts w:ascii="Times New Roman" w:hAnsi="Times New Roman" w:cs="Times New Roman"/>
          <w:color w:val="000000" w:themeColor="text1"/>
          <w:sz w:val="24"/>
          <w:lang w:val="pl-PL"/>
        </w:rPr>
      </w:pPr>
      <w:r w:rsidRPr="00CD7939">
        <w:rPr>
          <w:rFonts w:ascii="Times New Roman" w:hAnsi="Times New Roman" w:cs="Times New Roman"/>
          <w:color w:val="000000" w:themeColor="text1"/>
          <w:sz w:val="24"/>
          <w:lang w:val="pl-PL"/>
        </w:rPr>
        <w:t>V. Wyposażenie i procedury</w:t>
      </w:r>
    </w:p>
    <w:tbl>
      <w:tblPr>
        <w:tblStyle w:val="Tabela-Siatka"/>
        <w:tblW w:w="9000" w:type="dxa"/>
        <w:jc w:val="center"/>
        <w:tblLayout w:type="fixed"/>
        <w:tblLook w:val="04A0" w:firstRow="1" w:lastRow="0" w:firstColumn="1" w:lastColumn="0" w:noHBand="0" w:noVBand="1"/>
      </w:tblPr>
      <w:tblGrid>
        <w:gridCol w:w="4320"/>
        <w:gridCol w:w="4680"/>
      </w:tblGrid>
      <w:tr w:rsidR="00101151" w:rsidRPr="00CD7939" w14:paraId="19E2FC6E" w14:textId="77777777" w:rsidTr="00865A31">
        <w:trPr>
          <w:cantSplit/>
          <w:tblHeader/>
          <w:jc w:val="center"/>
        </w:trPr>
        <w:tc>
          <w:tcPr>
            <w:tcW w:w="4320" w:type="dxa"/>
            <w:shd w:val="clear" w:color="auto" w:fill="D9D9D9" w:themeFill="background1" w:themeFillShade="D9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16B52B1" w14:textId="77777777" w:rsidR="00101151" w:rsidRPr="005C5485" w:rsidRDefault="000D7078">
            <w:pPr>
              <w:spacing w:after="0" w:line="240" w:lineRule="auto"/>
              <w:rPr>
                <w:szCs w:val="28"/>
                <w:lang w:val="pl-PL"/>
              </w:rPr>
            </w:pPr>
            <w:r w:rsidRPr="005C5485">
              <w:rPr>
                <w:b/>
                <w:szCs w:val="28"/>
                <w:lang w:val="pl-PL"/>
              </w:rPr>
              <w:t>Element</w:t>
            </w:r>
          </w:p>
        </w:tc>
        <w:tc>
          <w:tcPr>
            <w:tcW w:w="4680" w:type="dxa"/>
            <w:shd w:val="clear" w:color="auto" w:fill="D9D9D9" w:themeFill="background1" w:themeFillShade="D9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D503A8C" w14:textId="77777777" w:rsidR="00101151" w:rsidRPr="005C5485" w:rsidRDefault="000D7078">
            <w:pPr>
              <w:spacing w:after="0" w:line="240" w:lineRule="auto"/>
              <w:rPr>
                <w:szCs w:val="28"/>
                <w:lang w:val="pl-PL"/>
              </w:rPr>
            </w:pPr>
            <w:r w:rsidRPr="005C5485">
              <w:rPr>
                <w:b/>
                <w:szCs w:val="28"/>
                <w:lang w:val="pl-PL"/>
              </w:rPr>
              <w:t>Opis / identyfikacja</w:t>
            </w:r>
          </w:p>
        </w:tc>
      </w:tr>
      <w:tr w:rsidR="00101151" w:rsidRPr="00CD7939" w14:paraId="61D36FE6" w14:textId="77777777">
        <w:trPr>
          <w:cantSplit/>
          <w:jc w:val="center"/>
        </w:trPr>
        <w:tc>
          <w:tcPr>
            <w:tcW w:w="432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3FACD32" w14:textId="77777777" w:rsidR="00101151" w:rsidRPr="005C5485" w:rsidRDefault="000D7078">
            <w:pPr>
              <w:spacing w:after="0" w:line="240" w:lineRule="auto"/>
              <w:rPr>
                <w:szCs w:val="28"/>
                <w:lang w:val="pl-PL"/>
              </w:rPr>
            </w:pPr>
            <w:r w:rsidRPr="005C5485">
              <w:rPr>
                <w:szCs w:val="28"/>
                <w:lang w:val="pl-PL"/>
              </w:rPr>
              <w:t>Gabinet szczepień i miejsce obserwacji</w:t>
            </w:r>
          </w:p>
        </w:tc>
        <w:tc>
          <w:tcPr>
            <w:tcW w:w="468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79ECAB6" w14:textId="77777777" w:rsidR="00101151" w:rsidRPr="005C5485" w:rsidRDefault="00101151">
            <w:pPr>
              <w:spacing w:after="0" w:line="240" w:lineRule="auto"/>
              <w:rPr>
                <w:szCs w:val="28"/>
                <w:lang w:val="pl-PL"/>
              </w:rPr>
            </w:pPr>
          </w:p>
        </w:tc>
      </w:tr>
      <w:tr w:rsidR="00101151" w:rsidRPr="00CD7939" w14:paraId="7AEDAC84" w14:textId="77777777">
        <w:trPr>
          <w:cantSplit/>
          <w:jc w:val="center"/>
        </w:trPr>
        <w:tc>
          <w:tcPr>
            <w:tcW w:w="432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778A4D9" w14:textId="77777777" w:rsidR="00101151" w:rsidRPr="005C5485" w:rsidRDefault="000D7078">
            <w:pPr>
              <w:spacing w:after="0" w:line="240" w:lineRule="auto"/>
              <w:rPr>
                <w:szCs w:val="28"/>
                <w:lang w:val="pl-PL"/>
              </w:rPr>
            </w:pPr>
            <w:r w:rsidRPr="005C5485">
              <w:rPr>
                <w:szCs w:val="28"/>
                <w:lang w:val="pl-PL"/>
              </w:rPr>
              <w:lastRenderedPageBreak/>
              <w:t>Lodówka, rejestracja temperatury oraz procedura transportu i przechowywania szczepionek w temperaturze +2°C do +8°C</w:t>
            </w:r>
          </w:p>
        </w:tc>
        <w:tc>
          <w:tcPr>
            <w:tcW w:w="468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A58C797" w14:textId="77777777" w:rsidR="00101151" w:rsidRPr="005C5485" w:rsidRDefault="00101151">
            <w:pPr>
              <w:spacing w:after="0" w:line="240" w:lineRule="auto"/>
              <w:rPr>
                <w:szCs w:val="28"/>
                <w:lang w:val="pl-PL"/>
              </w:rPr>
            </w:pPr>
          </w:p>
        </w:tc>
      </w:tr>
      <w:tr w:rsidR="00101151" w:rsidRPr="00CD7939" w14:paraId="74D7A3B0" w14:textId="77777777">
        <w:trPr>
          <w:cantSplit/>
          <w:jc w:val="center"/>
        </w:trPr>
        <w:tc>
          <w:tcPr>
            <w:tcW w:w="432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B003ACB" w14:textId="04B07923" w:rsidR="00101151" w:rsidRPr="005C5485" w:rsidRDefault="00682015">
            <w:pPr>
              <w:spacing w:after="0" w:line="240" w:lineRule="auto"/>
              <w:rPr>
                <w:szCs w:val="28"/>
                <w:lang w:val="pl-PL"/>
              </w:rPr>
            </w:pPr>
            <w:r w:rsidRPr="005C5485">
              <w:rPr>
                <w:szCs w:val="28"/>
                <w:lang w:val="pl-PL"/>
              </w:rPr>
              <w:t>Zestaw przeciwwstrząsowy, zestaw reanimacyjny i pozostałe wyposażenie awaryjne.</w:t>
            </w:r>
          </w:p>
        </w:tc>
        <w:tc>
          <w:tcPr>
            <w:tcW w:w="468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2DC3485" w14:textId="77777777" w:rsidR="00101151" w:rsidRPr="005C5485" w:rsidRDefault="00101151">
            <w:pPr>
              <w:spacing w:after="0" w:line="240" w:lineRule="auto"/>
              <w:rPr>
                <w:szCs w:val="28"/>
                <w:lang w:val="pl-PL"/>
              </w:rPr>
            </w:pPr>
          </w:p>
        </w:tc>
      </w:tr>
      <w:tr w:rsidR="00101151" w:rsidRPr="00CD7939" w14:paraId="6D2E5156" w14:textId="77777777">
        <w:trPr>
          <w:cantSplit/>
          <w:jc w:val="center"/>
        </w:trPr>
        <w:tc>
          <w:tcPr>
            <w:tcW w:w="432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FAF7AD2" w14:textId="77777777" w:rsidR="00101151" w:rsidRPr="005C5485" w:rsidRDefault="000D7078">
            <w:pPr>
              <w:spacing w:after="0" w:line="240" w:lineRule="auto"/>
              <w:rPr>
                <w:szCs w:val="28"/>
                <w:lang w:val="pl-PL"/>
              </w:rPr>
            </w:pPr>
            <w:r w:rsidRPr="005C5485">
              <w:rPr>
                <w:szCs w:val="28"/>
                <w:lang w:val="pl-PL"/>
              </w:rPr>
              <w:t>Wyroby jednorazowe, dezynfekcja i odpady medyczne</w:t>
            </w:r>
          </w:p>
        </w:tc>
        <w:tc>
          <w:tcPr>
            <w:tcW w:w="468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A0782B5" w14:textId="77777777" w:rsidR="00101151" w:rsidRPr="005C5485" w:rsidRDefault="00101151">
            <w:pPr>
              <w:spacing w:after="0" w:line="240" w:lineRule="auto"/>
              <w:rPr>
                <w:szCs w:val="28"/>
                <w:lang w:val="pl-PL"/>
              </w:rPr>
            </w:pPr>
          </w:p>
        </w:tc>
      </w:tr>
      <w:tr w:rsidR="00101151" w:rsidRPr="00CD7939" w14:paraId="54063DF0" w14:textId="77777777">
        <w:trPr>
          <w:cantSplit/>
          <w:jc w:val="center"/>
        </w:trPr>
        <w:tc>
          <w:tcPr>
            <w:tcW w:w="432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4F34C8D" w14:textId="77777777" w:rsidR="00101151" w:rsidRPr="005C5485" w:rsidRDefault="000D7078">
            <w:pPr>
              <w:spacing w:after="0" w:line="240" w:lineRule="auto"/>
              <w:rPr>
                <w:szCs w:val="28"/>
                <w:lang w:val="pl-PL"/>
              </w:rPr>
            </w:pPr>
            <w:r w:rsidRPr="005C5485">
              <w:rPr>
                <w:szCs w:val="28"/>
                <w:lang w:val="pl-PL"/>
              </w:rPr>
              <w:t>System ewidencji, dokumentacja medyczna i zabezpieczenia danych</w:t>
            </w:r>
          </w:p>
        </w:tc>
        <w:tc>
          <w:tcPr>
            <w:tcW w:w="468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4CC7DE3" w14:textId="77777777" w:rsidR="00101151" w:rsidRPr="005C5485" w:rsidRDefault="00101151">
            <w:pPr>
              <w:spacing w:after="0" w:line="240" w:lineRule="auto"/>
              <w:rPr>
                <w:szCs w:val="28"/>
                <w:lang w:val="pl-PL"/>
              </w:rPr>
            </w:pPr>
          </w:p>
        </w:tc>
      </w:tr>
      <w:tr w:rsidR="00101151" w:rsidRPr="00CD7939" w14:paraId="330866C7" w14:textId="77777777">
        <w:trPr>
          <w:cantSplit/>
          <w:jc w:val="center"/>
        </w:trPr>
        <w:tc>
          <w:tcPr>
            <w:tcW w:w="432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E82FD2D" w14:textId="77777777" w:rsidR="00101151" w:rsidRPr="005C5485" w:rsidRDefault="000D7078">
            <w:pPr>
              <w:spacing w:after="0" w:line="240" w:lineRule="auto"/>
              <w:rPr>
                <w:szCs w:val="28"/>
                <w:lang w:val="pl-PL"/>
              </w:rPr>
            </w:pPr>
            <w:r w:rsidRPr="005C5485">
              <w:rPr>
                <w:szCs w:val="28"/>
                <w:lang w:val="pl-PL"/>
              </w:rPr>
              <w:t>Polisy OC i NNW – ubezpieczyciel, numer i okres</w:t>
            </w:r>
          </w:p>
        </w:tc>
        <w:tc>
          <w:tcPr>
            <w:tcW w:w="468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2376AC8" w14:textId="77777777" w:rsidR="00101151" w:rsidRPr="005C5485" w:rsidRDefault="00101151">
            <w:pPr>
              <w:spacing w:after="0" w:line="240" w:lineRule="auto"/>
              <w:rPr>
                <w:szCs w:val="28"/>
                <w:lang w:val="pl-PL"/>
              </w:rPr>
            </w:pPr>
          </w:p>
        </w:tc>
      </w:tr>
    </w:tbl>
    <w:p w14:paraId="41FAE901" w14:textId="77777777" w:rsidR="00F81D1A" w:rsidRDefault="00F81D1A" w:rsidP="00F81D1A">
      <w:pPr>
        <w:pStyle w:val="Nagwek1"/>
        <w:rPr>
          <w:rFonts w:ascii="Times New Roman" w:hAnsi="Times New Roman" w:cs="Times New Roman"/>
          <w:color w:val="000000" w:themeColor="text1"/>
          <w:sz w:val="24"/>
          <w:lang w:val="pl-PL"/>
        </w:rPr>
      </w:pPr>
    </w:p>
    <w:p w14:paraId="6792A2EA" w14:textId="11F36874" w:rsidR="00101151" w:rsidRPr="00CD7939" w:rsidRDefault="000D7078" w:rsidP="00F81D1A">
      <w:pPr>
        <w:pStyle w:val="Nagwek1"/>
        <w:rPr>
          <w:rFonts w:ascii="Times New Roman" w:hAnsi="Times New Roman" w:cs="Times New Roman"/>
          <w:color w:val="000000" w:themeColor="text1"/>
          <w:sz w:val="24"/>
          <w:lang w:val="pl-PL"/>
        </w:rPr>
      </w:pPr>
      <w:r w:rsidRPr="00CD7939">
        <w:rPr>
          <w:rFonts w:ascii="Times New Roman" w:hAnsi="Times New Roman" w:cs="Times New Roman"/>
          <w:color w:val="000000" w:themeColor="text1"/>
          <w:sz w:val="24"/>
          <w:lang w:val="pl-PL"/>
        </w:rPr>
        <w:t>VI. Kalkulacja cen, liczby interwencji i kosztów</w:t>
      </w:r>
    </w:p>
    <w:p w14:paraId="7DE95AB3" w14:textId="7ACA8D90" w:rsidR="00101151" w:rsidRPr="00CD7939" w:rsidRDefault="00CD7939" w:rsidP="00CD7939">
      <w:pPr>
        <w:spacing w:after="0"/>
        <w:jc w:val="both"/>
        <w:rPr>
          <w:sz w:val="22"/>
          <w:lang w:val="pl-PL"/>
        </w:rPr>
      </w:pPr>
      <w:r w:rsidRPr="00CD7939">
        <w:rPr>
          <w:sz w:val="22"/>
          <w:lang w:val="pl-PL"/>
        </w:rPr>
        <w:t xml:space="preserve">Wartości Orientacyjne Programu: kompletna interwencja: 520,00–670,00 zł; jedno otwarte spotkanie: około 2 000,00 zł; działania </w:t>
      </w:r>
      <w:proofErr w:type="spellStart"/>
      <w:r w:rsidRPr="00CD7939">
        <w:rPr>
          <w:sz w:val="22"/>
          <w:lang w:val="pl-PL"/>
        </w:rPr>
        <w:t>pozaszczepienne</w:t>
      </w:r>
      <w:proofErr w:type="spellEnd"/>
      <w:r w:rsidRPr="00CD7939">
        <w:rPr>
          <w:sz w:val="22"/>
          <w:lang w:val="pl-PL"/>
        </w:rPr>
        <w:t xml:space="preserve">: około 8 000,00 zł rocznie, w </w:t>
      </w:r>
      <w:r>
        <w:rPr>
          <w:sz w:val="22"/>
          <w:lang w:val="pl-PL"/>
        </w:rPr>
        <w:t>tym orientacyjnie: monitoring i </w:t>
      </w:r>
      <w:r w:rsidRPr="00CD7939">
        <w:rPr>
          <w:sz w:val="22"/>
          <w:lang w:val="pl-PL"/>
        </w:rPr>
        <w:t>ewaluacja 3 000,00 zł, obsługa ogólna i administracyjna 2 000,00 zł, działa</w:t>
      </w:r>
      <w:r>
        <w:rPr>
          <w:sz w:val="22"/>
          <w:lang w:val="pl-PL"/>
        </w:rPr>
        <w:t>nia informacyjne i promocyjne 1 </w:t>
      </w:r>
      <w:r w:rsidRPr="00CD7939">
        <w:rPr>
          <w:sz w:val="22"/>
          <w:lang w:val="pl-PL"/>
        </w:rPr>
        <w:t>500,00 zł oraz zarządzanie i raportowanie 1 500,00 zł. Są to wartości kalkulacyjne, a nie sztywne limity. Odstępstwa należy opisać i rzeczowo uzasadnić.</w:t>
      </w:r>
    </w:p>
    <w:p w14:paraId="7C497C9C" w14:textId="77777777" w:rsidR="00101151" w:rsidRPr="00CD7939" w:rsidRDefault="000D7078">
      <w:pPr>
        <w:pStyle w:val="Nagwek2"/>
        <w:rPr>
          <w:rFonts w:ascii="Times New Roman" w:hAnsi="Times New Roman" w:cs="Times New Roman"/>
          <w:color w:val="000000" w:themeColor="text1"/>
          <w:sz w:val="22"/>
          <w:lang w:val="pl-PL"/>
        </w:rPr>
      </w:pPr>
      <w:r w:rsidRPr="00CD7939">
        <w:rPr>
          <w:rFonts w:ascii="Times New Roman" w:hAnsi="Times New Roman" w:cs="Times New Roman"/>
          <w:color w:val="000000" w:themeColor="text1"/>
          <w:sz w:val="22"/>
          <w:lang w:val="pl-PL"/>
        </w:rPr>
        <w:t>Rok 2026 – limit 70 000,00 zł brutto</w:t>
      </w:r>
    </w:p>
    <w:tbl>
      <w:tblPr>
        <w:tblStyle w:val="Tabela-Siatka"/>
        <w:tblW w:w="9000" w:type="dxa"/>
        <w:jc w:val="center"/>
        <w:tblLayout w:type="fixed"/>
        <w:tblLook w:val="04A0" w:firstRow="1" w:lastRow="0" w:firstColumn="1" w:lastColumn="0" w:noHBand="0" w:noVBand="1"/>
      </w:tblPr>
      <w:tblGrid>
        <w:gridCol w:w="2658"/>
        <w:gridCol w:w="1158"/>
        <w:gridCol w:w="792"/>
        <w:gridCol w:w="1512"/>
        <w:gridCol w:w="1584"/>
        <w:gridCol w:w="1296"/>
      </w:tblGrid>
      <w:tr w:rsidR="00101151" w:rsidRPr="00CD7939" w14:paraId="5CF0E512" w14:textId="77777777" w:rsidTr="005C5485">
        <w:trPr>
          <w:cantSplit/>
          <w:tblHeader/>
          <w:jc w:val="center"/>
        </w:trPr>
        <w:tc>
          <w:tcPr>
            <w:tcW w:w="2658" w:type="dxa"/>
            <w:shd w:val="clear" w:color="auto" w:fill="D9D9D9" w:themeFill="background1" w:themeFillShade="D9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A3E68FB" w14:textId="77777777" w:rsidR="00101151" w:rsidRPr="005C5485" w:rsidRDefault="000D7078">
            <w:pPr>
              <w:spacing w:after="0" w:line="240" w:lineRule="auto"/>
              <w:rPr>
                <w:szCs w:val="32"/>
                <w:lang w:val="pl-PL"/>
              </w:rPr>
            </w:pPr>
            <w:r w:rsidRPr="005C5485">
              <w:rPr>
                <w:b/>
                <w:szCs w:val="32"/>
                <w:lang w:val="pl-PL"/>
              </w:rPr>
              <w:t>Składnik</w:t>
            </w:r>
          </w:p>
        </w:tc>
        <w:tc>
          <w:tcPr>
            <w:tcW w:w="1158" w:type="dxa"/>
            <w:shd w:val="clear" w:color="auto" w:fill="D9D9D9" w:themeFill="background1" w:themeFillShade="D9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74E25D9" w14:textId="77777777" w:rsidR="00101151" w:rsidRPr="005C5485" w:rsidRDefault="000D7078">
            <w:pPr>
              <w:spacing w:after="0" w:line="240" w:lineRule="auto"/>
              <w:rPr>
                <w:szCs w:val="32"/>
                <w:lang w:val="pl-PL"/>
              </w:rPr>
            </w:pPr>
            <w:r w:rsidRPr="005C5485">
              <w:rPr>
                <w:b/>
                <w:szCs w:val="32"/>
                <w:lang w:val="pl-PL"/>
              </w:rPr>
              <w:t>Jednostka</w:t>
            </w:r>
          </w:p>
        </w:tc>
        <w:tc>
          <w:tcPr>
            <w:tcW w:w="792" w:type="dxa"/>
            <w:shd w:val="clear" w:color="auto" w:fill="D9D9D9" w:themeFill="background1" w:themeFillShade="D9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C0EC64E" w14:textId="77777777" w:rsidR="00101151" w:rsidRPr="005C5485" w:rsidRDefault="000D7078">
            <w:pPr>
              <w:spacing w:after="0" w:line="240" w:lineRule="auto"/>
              <w:rPr>
                <w:szCs w:val="32"/>
                <w:lang w:val="pl-PL"/>
              </w:rPr>
            </w:pPr>
            <w:r w:rsidRPr="005C5485">
              <w:rPr>
                <w:b/>
                <w:szCs w:val="32"/>
                <w:lang w:val="pl-PL"/>
              </w:rPr>
              <w:t>Liczba</w:t>
            </w:r>
          </w:p>
        </w:tc>
        <w:tc>
          <w:tcPr>
            <w:tcW w:w="1512" w:type="dxa"/>
            <w:shd w:val="clear" w:color="auto" w:fill="D9D9D9" w:themeFill="background1" w:themeFillShade="D9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DDA7B52" w14:textId="607CF813" w:rsidR="00101151" w:rsidRPr="005C5485" w:rsidRDefault="000D7078">
            <w:pPr>
              <w:spacing w:after="0" w:line="240" w:lineRule="auto"/>
              <w:rPr>
                <w:szCs w:val="32"/>
                <w:lang w:val="pl-PL"/>
              </w:rPr>
            </w:pPr>
            <w:r w:rsidRPr="005C5485">
              <w:rPr>
                <w:b/>
                <w:szCs w:val="32"/>
                <w:lang w:val="pl-PL"/>
              </w:rPr>
              <w:t>Cena</w:t>
            </w:r>
            <w:r w:rsidR="002D0178" w:rsidRPr="005C5485">
              <w:rPr>
                <w:b/>
                <w:szCs w:val="32"/>
                <w:lang w:val="pl-PL"/>
              </w:rPr>
              <w:t xml:space="preserve"> jednostkowa</w:t>
            </w:r>
            <w:r w:rsidRPr="005C5485">
              <w:rPr>
                <w:b/>
                <w:szCs w:val="32"/>
                <w:lang w:val="pl-PL"/>
              </w:rPr>
              <w:t xml:space="preserve"> / kwota brutto</w:t>
            </w:r>
          </w:p>
        </w:tc>
        <w:tc>
          <w:tcPr>
            <w:tcW w:w="1584" w:type="dxa"/>
            <w:shd w:val="clear" w:color="auto" w:fill="D9D9D9" w:themeFill="background1" w:themeFillShade="D9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1B9E296" w14:textId="77777777" w:rsidR="00101151" w:rsidRPr="005C5485" w:rsidRDefault="000D7078">
            <w:pPr>
              <w:spacing w:after="0" w:line="240" w:lineRule="auto"/>
              <w:rPr>
                <w:szCs w:val="32"/>
                <w:lang w:val="pl-PL"/>
              </w:rPr>
            </w:pPr>
            <w:r w:rsidRPr="005C5485">
              <w:rPr>
                <w:b/>
                <w:szCs w:val="32"/>
                <w:lang w:val="pl-PL"/>
              </w:rPr>
              <w:t>Wartość planowana brutto</w:t>
            </w:r>
          </w:p>
        </w:tc>
        <w:tc>
          <w:tcPr>
            <w:tcW w:w="1296" w:type="dxa"/>
            <w:shd w:val="clear" w:color="auto" w:fill="D9D9D9" w:themeFill="background1" w:themeFillShade="D9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336809E" w14:textId="77777777" w:rsidR="00101151" w:rsidRPr="005C5485" w:rsidRDefault="000D7078">
            <w:pPr>
              <w:spacing w:after="0" w:line="240" w:lineRule="auto"/>
              <w:rPr>
                <w:szCs w:val="32"/>
                <w:lang w:val="pl-PL"/>
              </w:rPr>
            </w:pPr>
            <w:r w:rsidRPr="005C5485">
              <w:rPr>
                <w:b/>
                <w:szCs w:val="32"/>
                <w:lang w:val="pl-PL"/>
              </w:rPr>
              <w:t>Uwagi</w:t>
            </w:r>
          </w:p>
        </w:tc>
      </w:tr>
      <w:tr w:rsidR="00101151" w:rsidRPr="00CD7939" w14:paraId="4EBA89D8" w14:textId="77777777" w:rsidTr="005C5485">
        <w:trPr>
          <w:cantSplit/>
          <w:jc w:val="center"/>
        </w:trPr>
        <w:tc>
          <w:tcPr>
            <w:tcW w:w="2658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090BBCF" w14:textId="77777777" w:rsidR="00101151" w:rsidRPr="005C5485" w:rsidRDefault="000D7078">
            <w:pPr>
              <w:spacing w:after="0" w:line="240" w:lineRule="auto"/>
              <w:rPr>
                <w:szCs w:val="32"/>
                <w:lang w:val="pl-PL"/>
              </w:rPr>
            </w:pPr>
            <w:r w:rsidRPr="005C5485">
              <w:rPr>
                <w:szCs w:val="32"/>
                <w:lang w:val="pl-PL"/>
              </w:rPr>
              <w:t>Kompletna interwencja szczepienna</w:t>
            </w:r>
          </w:p>
        </w:tc>
        <w:tc>
          <w:tcPr>
            <w:tcW w:w="1158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B81BDA0" w14:textId="77777777" w:rsidR="00101151" w:rsidRPr="005C5485" w:rsidRDefault="000D7078">
            <w:pPr>
              <w:spacing w:after="0" w:line="240" w:lineRule="auto"/>
              <w:rPr>
                <w:szCs w:val="32"/>
                <w:lang w:val="pl-PL"/>
              </w:rPr>
            </w:pPr>
            <w:r w:rsidRPr="005C5485">
              <w:rPr>
                <w:szCs w:val="32"/>
                <w:lang w:val="pl-PL"/>
              </w:rPr>
              <w:t>uczestnik</w:t>
            </w:r>
          </w:p>
        </w:tc>
        <w:tc>
          <w:tcPr>
            <w:tcW w:w="79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B54A3A0" w14:textId="77777777" w:rsidR="00101151" w:rsidRPr="005C5485" w:rsidRDefault="00101151">
            <w:pPr>
              <w:spacing w:after="0" w:line="240" w:lineRule="auto"/>
              <w:rPr>
                <w:szCs w:val="32"/>
                <w:lang w:val="pl-PL"/>
              </w:rPr>
            </w:pPr>
          </w:p>
        </w:tc>
        <w:tc>
          <w:tcPr>
            <w:tcW w:w="151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9161EBF" w14:textId="77777777" w:rsidR="00101151" w:rsidRPr="005C5485" w:rsidRDefault="00101151">
            <w:pPr>
              <w:spacing w:after="0" w:line="240" w:lineRule="auto"/>
              <w:rPr>
                <w:szCs w:val="32"/>
                <w:lang w:val="pl-PL"/>
              </w:rPr>
            </w:pPr>
          </w:p>
        </w:tc>
        <w:tc>
          <w:tcPr>
            <w:tcW w:w="158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0A65556" w14:textId="77777777" w:rsidR="00101151" w:rsidRPr="005C5485" w:rsidRDefault="00101151">
            <w:pPr>
              <w:spacing w:after="0" w:line="240" w:lineRule="auto"/>
              <w:rPr>
                <w:szCs w:val="32"/>
                <w:lang w:val="pl-PL"/>
              </w:rPr>
            </w:pPr>
          </w:p>
        </w:tc>
        <w:tc>
          <w:tcPr>
            <w:tcW w:w="129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82496D1" w14:textId="77777777" w:rsidR="00101151" w:rsidRPr="005C5485" w:rsidRDefault="00101151">
            <w:pPr>
              <w:spacing w:after="0" w:line="240" w:lineRule="auto"/>
              <w:rPr>
                <w:szCs w:val="32"/>
                <w:lang w:val="pl-PL"/>
              </w:rPr>
            </w:pPr>
          </w:p>
        </w:tc>
      </w:tr>
      <w:tr w:rsidR="00101151" w:rsidRPr="00CD7939" w14:paraId="4E2C3564" w14:textId="77777777" w:rsidTr="005C5485">
        <w:trPr>
          <w:cantSplit/>
          <w:jc w:val="center"/>
        </w:trPr>
        <w:tc>
          <w:tcPr>
            <w:tcW w:w="2658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5470CF7" w14:textId="77777777" w:rsidR="00101151" w:rsidRPr="005C5485" w:rsidRDefault="000D7078">
            <w:pPr>
              <w:spacing w:after="0" w:line="240" w:lineRule="auto"/>
              <w:rPr>
                <w:szCs w:val="32"/>
                <w:lang w:val="pl-PL"/>
              </w:rPr>
            </w:pPr>
            <w:r w:rsidRPr="005C5485">
              <w:rPr>
                <w:szCs w:val="32"/>
                <w:lang w:val="pl-PL"/>
              </w:rPr>
              <w:t>Otwarte spotkanie edukacyjne</w:t>
            </w:r>
          </w:p>
        </w:tc>
        <w:tc>
          <w:tcPr>
            <w:tcW w:w="1158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1C95657" w14:textId="77777777" w:rsidR="00101151" w:rsidRPr="005C5485" w:rsidRDefault="000D7078">
            <w:pPr>
              <w:spacing w:after="0" w:line="240" w:lineRule="auto"/>
              <w:rPr>
                <w:szCs w:val="32"/>
                <w:lang w:val="pl-PL"/>
              </w:rPr>
            </w:pPr>
            <w:r w:rsidRPr="005C5485">
              <w:rPr>
                <w:szCs w:val="32"/>
                <w:lang w:val="pl-PL"/>
              </w:rPr>
              <w:t>spotkanie</w:t>
            </w:r>
          </w:p>
        </w:tc>
        <w:tc>
          <w:tcPr>
            <w:tcW w:w="79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402360D" w14:textId="77777777" w:rsidR="00101151" w:rsidRPr="005C5485" w:rsidRDefault="000D7078">
            <w:pPr>
              <w:spacing w:after="0" w:line="240" w:lineRule="auto"/>
              <w:rPr>
                <w:szCs w:val="32"/>
                <w:lang w:val="pl-PL"/>
              </w:rPr>
            </w:pPr>
            <w:r w:rsidRPr="005C5485">
              <w:rPr>
                <w:szCs w:val="32"/>
                <w:lang w:val="pl-PL"/>
              </w:rPr>
              <w:t>2</w:t>
            </w:r>
          </w:p>
        </w:tc>
        <w:tc>
          <w:tcPr>
            <w:tcW w:w="151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3E060AB" w14:textId="77777777" w:rsidR="00101151" w:rsidRPr="005C5485" w:rsidRDefault="00101151">
            <w:pPr>
              <w:spacing w:after="0" w:line="240" w:lineRule="auto"/>
              <w:rPr>
                <w:szCs w:val="32"/>
                <w:lang w:val="pl-PL"/>
              </w:rPr>
            </w:pPr>
          </w:p>
        </w:tc>
        <w:tc>
          <w:tcPr>
            <w:tcW w:w="158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1E9790F" w14:textId="77777777" w:rsidR="00101151" w:rsidRPr="005C5485" w:rsidRDefault="00101151">
            <w:pPr>
              <w:spacing w:after="0" w:line="240" w:lineRule="auto"/>
              <w:rPr>
                <w:szCs w:val="32"/>
                <w:lang w:val="pl-PL"/>
              </w:rPr>
            </w:pPr>
          </w:p>
        </w:tc>
        <w:tc>
          <w:tcPr>
            <w:tcW w:w="129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4D5EE84" w14:textId="77777777" w:rsidR="00101151" w:rsidRPr="005C5485" w:rsidRDefault="00101151">
            <w:pPr>
              <w:spacing w:after="0" w:line="240" w:lineRule="auto"/>
              <w:rPr>
                <w:szCs w:val="32"/>
                <w:lang w:val="pl-PL"/>
              </w:rPr>
            </w:pPr>
          </w:p>
        </w:tc>
      </w:tr>
      <w:tr w:rsidR="00101151" w:rsidRPr="00CD7939" w14:paraId="2D8CC642" w14:textId="77777777" w:rsidTr="005C5485">
        <w:trPr>
          <w:cantSplit/>
          <w:jc w:val="center"/>
        </w:trPr>
        <w:tc>
          <w:tcPr>
            <w:tcW w:w="2658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1091C6A" w14:textId="77777777" w:rsidR="00101151" w:rsidRPr="005C5485" w:rsidRDefault="000D7078">
            <w:pPr>
              <w:spacing w:after="0" w:line="240" w:lineRule="auto"/>
              <w:rPr>
                <w:szCs w:val="32"/>
                <w:lang w:val="pl-PL"/>
              </w:rPr>
            </w:pPr>
            <w:r w:rsidRPr="005C5485">
              <w:rPr>
                <w:szCs w:val="32"/>
                <w:lang w:val="pl-PL"/>
              </w:rPr>
              <w:t xml:space="preserve">Działania </w:t>
            </w:r>
            <w:proofErr w:type="spellStart"/>
            <w:r w:rsidRPr="005C5485">
              <w:rPr>
                <w:szCs w:val="32"/>
                <w:lang w:val="pl-PL"/>
              </w:rPr>
              <w:t>pozaszczepienne</w:t>
            </w:r>
            <w:proofErr w:type="spellEnd"/>
          </w:p>
        </w:tc>
        <w:tc>
          <w:tcPr>
            <w:tcW w:w="1158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593D53E" w14:textId="77777777" w:rsidR="00101151" w:rsidRPr="005C5485" w:rsidRDefault="000D7078">
            <w:pPr>
              <w:spacing w:after="0" w:line="240" w:lineRule="auto"/>
              <w:rPr>
                <w:szCs w:val="32"/>
                <w:lang w:val="pl-PL"/>
              </w:rPr>
            </w:pPr>
            <w:r w:rsidRPr="005C5485">
              <w:rPr>
                <w:szCs w:val="32"/>
                <w:lang w:val="pl-PL"/>
              </w:rPr>
              <w:t>rok</w:t>
            </w:r>
          </w:p>
        </w:tc>
        <w:tc>
          <w:tcPr>
            <w:tcW w:w="79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36870FC" w14:textId="77777777" w:rsidR="00101151" w:rsidRPr="005C5485" w:rsidRDefault="000D7078">
            <w:pPr>
              <w:spacing w:after="0" w:line="240" w:lineRule="auto"/>
              <w:rPr>
                <w:szCs w:val="32"/>
                <w:lang w:val="pl-PL"/>
              </w:rPr>
            </w:pPr>
            <w:r w:rsidRPr="005C5485">
              <w:rPr>
                <w:szCs w:val="32"/>
                <w:lang w:val="pl-PL"/>
              </w:rPr>
              <w:t>1</w:t>
            </w:r>
          </w:p>
        </w:tc>
        <w:tc>
          <w:tcPr>
            <w:tcW w:w="151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8C335A2" w14:textId="77777777" w:rsidR="00101151" w:rsidRPr="005C5485" w:rsidRDefault="00101151">
            <w:pPr>
              <w:spacing w:after="0" w:line="240" w:lineRule="auto"/>
              <w:rPr>
                <w:szCs w:val="32"/>
                <w:lang w:val="pl-PL"/>
              </w:rPr>
            </w:pPr>
          </w:p>
        </w:tc>
        <w:tc>
          <w:tcPr>
            <w:tcW w:w="158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3ED69A3" w14:textId="77777777" w:rsidR="00101151" w:rsidRPr="005C5485" w:rsidRDefault="00101151">
            <w:pPr>
              <w:spacing w:after="0" w:line="240" w:lineRule="auto"/>
              <w:rPr>
                <w:szCs w:val="32"/>
                <w:lang w:val="pl-PL"/>
              </w:rPr>
            </w:pPr>
          </w:p>
        </w:tc>
        <w:tc>
          <w:tcPr>
            <w:tcW w:w="129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5FA4744" w14:textId="77777777" w:rsidR="00101151" w:rsidRPr="005C5485" w:rsidRDefault="00101151">
            <w:pPr>
              <w:spacing w:after="0" w:line="240" w:lineRule="auto"/>
              <w:rPr>
                <w:szCs w:val="32"/>
                <w:lang w:val="pl-PL"/>
              </w:rPr>
            </w:pPr>
          </w:p>
        </w:tc>
      </w:tr>
      <w:tr w:rsidR="00101151" w:rsidRPr="00CD7939" w14:paraId="4465CA7F" w14:textId="77777777" w:rsidTr="005C5485">
        <w:trPr>
          <w:cantSplit/>
          <w:jc w:val="center"/>
        </w:trPr>
        <w:tc>
          <w:tcPr>
            <w:tcW w:w="2658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C9EA18E" w14:textId="77777777" w:rsidR="00101151" w:rsidRPr="005C5485" w:rsidRDefault="000D7078">
            <w:pPr>
              <w:spacing w:after="0" w:line="240" w:lineRule="auto"/>
              <w:rPr>
                <w:szCs w:val="32"/>
                <w:lang w:val="pl-PL"/>
              </w:rPr>
            </w:pPr>
            <w:r w:rsidRPr="005C5485">
              <w:rPr>
                <w:szCs w:val="32"/>
                <w:lang w:val="pl-PL"/>
              </w:rPr>
              <w:t>PLANOWANA WARTOŚĆ ROCZNA</w:t>
            </w:r>
          </w:p>
        </w:tc>
        <w:tc>
          <w:tcPr>
            <w:tcW w:w="1158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CA87451" w14:textId="77777777" w:rsidR="00101151" w:rsidRPr="005C5485" w:rsidRDefault="00101151">
            <w:pPr>
              <w:spacing w:after="0" w:line="240" w:lineRule="auto"/>
              <w:rPr>
                <w:szCs w:val="32"/>
                <w:lang w:val="pl-PL"/>
              </w:rPr>
            </w:pPr>
          </w:p>
        </w:tc>
        <w:tc>
          <w:tcPr>
            <w:tcW w:w="79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58315F4" w14:textId="77777777" w:rsidR="00101151" w:rsidRPr="005C5485" w:rsidRDefault="00101151">
            <w:pPr>
              <w:spacing w:after="0" w:line="240" w:lineRule="auto"/>
              <w:rPr>
                <w:szCs w:val="32"/>
                <w:lang w:val="pl-PL"/>
              </w:rPr>
            </w:pPr>
          </w:p>
        </w:tc>
        <w:tc>
          <w:tcPr>
            <w:tcW w:w="151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0EDF2E8" w14:textId="77777777" w:rsidR="00101151" w:rsidRPr="005C5485" w:rsidRDefault="00101151">
            <w:pPr>
              <w:spacing w:after="0" w:line="240" w:lineRule="auto"/>
              <w:rPr>
                <w:szCs w:val="32"/>
                <w:lang w:val="pl-PL"/>
              </w:rPr>
            </w:pPr>
          </w:p>
        </w:tc>
        <w:tc>
          <w:tcPr>
            <w:tcW w:w="158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38C69C7" w14:textId="77777777" w:rsidR="00101151" w:rsidRPr="005C5485" w:rsidRDefault="00101151">
            <w:pPr>
              <w:spacing w:after="0" w:line="240" w:lineRule="auto"/>
              <w:rPr>
                <w:szCs w:val="32"/>
                <w:lang w:val="pl-PL"/>
              </w:rPr>
            </w:pPr>
          </w:p>
        </w:tc>
        <w:tc>
          <w:tcPr>
            <w:tcW w:w="129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CC2B350" w14:textId="77777777" w:rsidR="00101151" w:rsidRPr="005C5485" w:rsidRDefault="00101151">
            <w:pPr>
              <w:spacing w:after="0" w:line="240" w:lineRule="auto"/>
              <w:rPr>
                <w:szCs w:val="32"/>
                <w:lang w:val="pl-PL"/>
              </w:rPr>
            </w:pPr>
          </w:p>
        </w:tc>
      </w:tr>
    </w:tbl>
    <w:p w14:paraId="10163A17" w14:textId="77777777" w:rsidR="00101151" w:rsidRPr="00CD7939" w:rsidRDefault="00101151">
      <w:pPr>
        <w:rPr>
          <w:lang w:val="pl-PL"/>
        </w:rPr>
      </w:pPr>
    </w:p>
    <w:p w14:paraId="3FBF3090" w14:textId="77777777" w:rsidR="00101151" w:rsidRPr="00CD7939" w:rsidRDefault="000D7078">
      <w:pPr>
        <w:rPr>
          <w:lang w:val="pl-PL"/>
        </w:rPr>
      </w:pPr>
      <w:r w:rsidRPr="00CD7939">
        <w:rPr>
          <w:lang w:val="pl-PL"/>
        </w:rPr>
        <w:t xml:space="preserve">Maksymalna planowana liczba kompletnych interwencji = część całkowita z: (70 000,00 zł – koszt 2 spotkań – roczna kwota działań </w:t>
      </w:r>
      <w:proofErr w:type="spellStart"/>
      <w:r w:rsidRPr="00CD7939">
        <w:rPr>
          <w:lang w:val="pl-PL"/>
        </w:rPr>
        <w:t>pozaszczepiennych</w:t>
      </w:r>
      <w:proofErr w:type="spellEnd"/>
      <w:r w:rsidRPr="00CD7939">
        <w:rPr>
          <w:lang w:val="pl-PL"/>
        </w:rPr>
        <w:t>) / cena kompletnej interwencji.</w:t>
      </w:r>
    </w:p>
    <w:p w14:paraId="24B6E499" w14:textId="77777777" w:rsidR="00101151" w:rsidRPr="00CD7939" w:rsidRDefault="000D7078">
      <w:pPr>
        <w:pStyle w:val="Nagwek2"/>
        <w:rPr>
          <w:rFonts w:ascii="Times New Roman" w:hAnsi="Times New Roman" w:cs="Times New Roman"/>
          <w:color w:val="000000" w:themeColor="text1"/>
          <w:sz w:val="22"/>
          <w:szCs w:val="24"/>
          <w:lang w:val="pl-PL"/>
        </w:rPr>
      </w:pPr>
      <w:r w:rsidRPr="00CD7939">
        <w:rPr>
          <w:rFonts w:ascii="Times New Roman" w:hAnsi="Times New Roman" w:cs="Times New Roman"/>
          <w:color w:val="000000" w:themeColor="text1"/>
          <w:sz w:val="22"/>
          <w:szCs w:val="24"/>
          <w:lang w:val="pl-PL"/>
        </w:rPr>
        <w:t>Rok 2027 – limit 110 000,00 zł brutto</w:t>
      </w:r>
    </w:p>
    <w:tbl>
      <w:tblPr>
        <w:tblStyle w:val="Tabela-Siatka"/>
        <w:tblW w:w="9000" w:type="dxa"/>
        <w:jc w:val="center"/>
        <w:tblLayout w:type="fixed"/>
        <w:tblLook w:val="04A0" w:firstRow="1" w:lastRow="0" w:firstColumn="1" w:lastColumn="0" w:noHBand="0" w:noVBand="1"/>
      </w:tblPr>
      <w:tblGrid>
        <w:gridCol w:w="2658"/>
        <w:gridCol w:w="1158"/>
        <w:gridCol w:w="792"/>
        <w:gridCol w:w="1512"/>
        <w:gridCol w:w="1584"/>
        <w:gridCol w:w="1296"/>
      </w:tblGrid>
      <w:tr w:rsidR="00101151" w:rsidRPr="00CD7939" w14:paraId="4388F0E2" w14:textId="77777777" w:rsidTr="00865A31">
        <w:trPr>
          <w:cantSplit/>
          <w:tblHeader/>
          <w:jc w:val="center"/>
        </w:trPr>
        <w:tc>
          <w:tcPr>
            <w:tcW w:w="2658" w:type="dxa"/>
            <w:shd w:val="clear" w:color="auto" w:fill="D9D9D9" w:themeFill="background1" w:themeFillShade="D9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76C84B8" w14:textId="77777777" w:rsidR="00101151" w:rsidRPr="005C5485" w:rsidRDefault="000D7078">
            <w:pPr>
              <w:spacing w:after="0" w:line="240" w:lineRule="auto"/>
              <w:rPr>
                <w:szCs w:val="32"/>
                <w:lang w:val="pl-PL"/>
              </w:rPr>
            </w:pPr>
            <w:r w:rsidRPr="005C5485">
              <w:rPr>
                <w:b/>
                <w:szCs w:val="32"/>
                <w:lang w:val="pl-PL"/>
              </w:rPr>
              <w:t>Składnik</w:t>
            </w:r>
          </w:p>
        </w:tc>
        <w:tc>
          <w:tcPr>
            <w:tcW w:w="1158" w:type="dxa"/>
            <w:shd w:val="clear" w:color="auto" w:fill="D9D9D9" w:themeFill="background1" w:themeFillShade="D9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92C5718" w14:textId="77777777" w:rsidR="00101151" w:rsidRPr="005C5485" w:rsidRDefault="000D7078">
            <w:pPr>
              <w:spacing w:after="0" w:line="240" w:lineRule="auto"/>
              <w:rPr>
                <w:szCs w:val="32"/>
                <w:lang w:val="pl-PL"/>
              </w:rPr>
            </w:pPr>
            <w:r w:rsidRPr="005C5485">
              <w:rPr>
                <w:b/>
                <w:szCs w:val="32"/>
                <w:lang w:val="pl-PL"/>
              </w:rPr>
              <w:t>Jednostka</w:t>
            </w:r>
          </w:p>
        </w:tc>
        <w:tc>
          <w:tcPr>
            <w:tcW w:w="792" w:type="dxa"/>
            <w:shd w:val="clear" w:color="auto" w:fill="D9D9D9" w:themeFill="background1" w:themeFillShade="D9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515FBCC" w14:textId="77777777" w:rsidR="00101151" w:rsidRPr="005C5485" w:rsidRDefault="000D7078">
            <w:pPr>
              <w:spacing w:after="0" w:line="240" w:lineRule="auto"/>
              <w:rPr>
                <w:szCs w:val="32"/>
                <w:lang w:val="pl-PL"/>
              </w:rPr>
            </w:pPr>
            <w:r w:rsidRPr="005C5485">
              <w:rPr>
                <w:b/>
                <w:szCs w:val="32"/>
                <w:lang w:val="pl-PL"/>
              </w:rPr>
              <w:t>Liczba</w:t>
            </w:r>
          </w:p>
        </w:tc>
        <w:tc>
          <w:tcPr>
            <w:tcW w:w="1512" w:type="dxa"/>
            <w:shd w:val="clear" w:color="auto" w:fill="D9D9D9" w:themeFill="background1" w:themeFillShade="D9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769B745" w14:textId="37D9B782" w:rsidR="00101151" w:rsidRPr="005C5485" w:rsidRDefault="000D7078">
            <w:pPr>
              <w:spacing w:after="0" w:line="240" w:lineRule="auto"/>
              <w:rPr>
                <w:szCs w:val="32"/>
                <w:lang w:val="pl-PL"/>
              </w:rPr>
            </w:pPr>
            <w:r w:rsidRPr="005C5485">
              <w:rPr>
                <w:b/>
                <w:szCs w:val="32"/>
                <w:lang w:val="pl-PL"/>
              </w:rPr>
              <w:t xml:space="preserve">Cena </w:t>
            </w:r>
            <w:r w:rsidR="006006FD" w:rsidRPr="005C5485">
              <w:rPr>
                <w:b/>
                <w:szCs w:val="32"/>
                <w:lang w:val="pl-PL"/>
              </w:rPr>
              <w:t xml:space="preserve">jednostkowa </w:t>
            </w:r>
            <w:r w:rsidRPr="005C5485">
              <w:rPr>
                <w:b/>
                <w:szCs w:val="32"/>
                <w:lang w:val="pl-PL"/>
              </w:rPr>
              <w:t>/ kwota brutto</w:t>
            </w:r>
          </w:p>
        </w:tc>
        <w:tc>
          <w:tcPr>
            <w:tcW w:w="1584" w:type="dxa"/>
            <w:shd w:val="clear" w:color="auto" w:fill="D9D9D9" w:themeFill="background1" w:themeFillShade="D9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DA8BD23" w14:textId="77777777" w:rsidR="00101151" w:rsidRPr="005C5485" w:rsidRDefault="000D7078">
            <w:pPr>
              <w:spacing w:after="0" w:line="240" w:lineRule="auto"/>
              <w:rPr>
                <w:szCs w:val="32"/>
                <w:lang w:val="pl-PL"/>
              </w:rPr>
            </w:pPr>
            <w:r w:rsidRPr="005C5485">
              <w:rPr>
                <w:b/>
                <w:szCs w:val="32"/>
                <w:lang w:val="pl-PL"/>
              </w:rPr>
              <w:t>Wartość planowana brutto</w:t>
            </w:r>
          </w:p>
        </w:tc>
        <w:tc>
          <w:tcPr>
            <w:tcW w:w="1296" w:type="dxa"/>
            <w:shd w:val="clear" w:color="auto" w:fill="D9D9D9" w:themeFill="background1" w:themeFillShade="D9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D6CD736" w14:textId="77777777" w:rsidR="00101151" w:rsidRPr="005C5485" w:rsidRDefault="000D7078">
            <w:pPr>
              <w:spacing w:after="0" w:line="240" w:lineRule="auto"/>
              <w:rPr>
                <w:szCs w:val="32"/>
                <w:lang w:val="pl-PL"/>
              </w:rPr>
            </w:pPr>
            <w:r w:rsidRPr="005C5485">
              <w:rPr>
                <w:b/>
                <w:szCs w:val="32"/>
                <w:lang w:val="pl-PL"/>
              </w:rPr>
              <w:t>Uwagi</w:t>
            </w:r>
          </w:p>
        </w:tc>
      </w:tr>
      <w:tr w:rsidR="00101151" w:rsidRPr="00CD7939" w14:paraId="469E91AC" w14:textId="77777777" w:rsidTr="00865A31">
        <w:trPr>
          <w:cantSplit/>
          <w:jc w:val="center"/>
        </w:trPr>
        <w:tc>
          <w:tcPr>
            <w:tcW w:w="2658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78DE5C4" w14:textId="77777777" w:rsidR="00101151" w:rsidRPr="005C5485" w:rsidRDefault="000D7078">
            <w:pPr>
              <w:spacing w:after="0" w:line="240" w:lineRule="auto"/>
              <w:rPr>
                <w:szCs w:val="32"/>
                <w:lang w:val="pl-PL"/>
              </w:rPr>
            </w:pPr>
            <w:r w:rsidRPr="005C5485">
              <w:rPr>
                <w:szCs w:val="32"/>
                <w:lang w:val="pl-PL"/>
              </w:rPr>
              <w:t>Kompletna interwencja szczepienna</w:t>
            </w:r>
          </w:p>
        </w:tc>
        <w:tc>
          <w:tcPr>
            <w:tcW w:w="1158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9B47DFA" w14:textId="77777777" w:rsidR="00101151" w:rsidRPr="005C5485" w:rsidRDefault="000D7078">
            <w:pPr>
              <w:spacing w:after="0" w:line="240" w:lineRule="auto"/>
              <w:rPr>
                <w:szCs w:val="32"/>
                <w:lang w:val="pl-PL"/>
              </w:rPr>
            </w:pPr>
            <w:r w:rsidRPr="005C5485">
              <w:rPr>
                <w:szCs w:val="32"/>
                <w:lang w:val="pl-PL"/>
              </w:rPr>
              <w:t>uczestnik</w:t>
            </w:r>
          </w:p>
        </w:tc>
        <w:tc>
          <w:tcPr>
            <w:tcW w:w="79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C519758" w14:textId="77777777" w:rsidR="00101151" w:rsidRPr="005C5485" w:rsidRDefault="00101151">
            <w:pPr>
              <w:spacing w:after="0" w:line="240" w:lineRule="auto"/>
              <w:rPr>
                <w:szCs w:val="32"/>
                <w:lang w:val="pl-PL"/>
              </w:rPr>
            </w:pPr>
          </w:p>
        </w:tc>
        <w:tc>
          <w:tcPr>
            <w:tcW w:w="151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127D54D" w14:textId="77777777" w:rsidR="00101151" w:rsidRPr="005C5485" w:rsidRDefault="00101151">
            <w:pPr>
              <w:spacing w:after="0" w:line="240" w:lineRule="auto"/>
              <w:rPr>
                <w:szCs w:val="32"/>
                <w:lang w:val="pl-PL"/>
              </w:rPr>
            </w:pPr>
          </w:p>
        </w:tc>
        <w:tc>
          <w:tcPr>
            <w:tcW w:w="158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02EA5A5" w14:textId="77777777" w:rsidR="00101151" w:rsidRPr="005C5485" w:rsidRDefault="00101151">
            <w:pPr>
              <w:spacing w:after="0" w:line="240" w:lineRule="auto"/>
              <w:rPr>
                <w:szCs w:val="32"/>
                <w:lang w:val="pl-PL"/>
              </w:rPr>
            </w:pPr>
          </w:p>
        </w:tc>
        <w:tc>
          <w:tcPr>
            <w:tcW w:w="129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8956708" w14:textId="77777777" w:rsidR="00101151" w:rsidRPr="005C5485" w:rsidRDefault="00101151">
            <w:pPr>
              <w:spacing w:after="0" w:line="240" w:lineRule="auto"/>
              <w:rPr>
                <w:szCs w:val="32"/>
                <w:lang w:val="pl-PL"/>
              </w:rPr>
            </w:pPr>
          </w:p>
        </w:tc>
      </w:tr>
      <w:tr w:rsidR="00101151" w:rsidRPr="00CD7939" w14:paraId="7593A877" w14:textId="77777777" w:rsidTr="00865A31">
        <w:trPr>
          <w:cantSplit/>
          <w:jc w:val="center"/>
        </w:trPr>
        <w:tc>
          <w:tcPr>
            <w:tcW w:w="2658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C473F50" w14:textId="77777777" w:rsidR="00101151" w:rsidRPr="005C5485" w:rsidRDefault="000D7078">
            <w:pPr>
              <w:spacing w:after="0" w:line="240" w:lineRule="auto"/>
              <w:rPr>
                <w:szCs w:val="32"/>
                <w:lang w:val="pl-PL"/>
              </w:rPr>
            </w:pPr>
            <w:r w:rsidRPr="005C5485">
              <w:rPr>
                <w:szCs w:val="32"/>
                <w:lang w:val="pl-PL"/>
              </w:rPr>
              <w:t>Otwarte spotkanie edukacyjne</w:t>
            </w:r>
          </w:p>
        </w:tc>
        <w:tc>
          <w:tcPr>
            <w:tcW w:w="1158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454B302" w14:textId="77777777" w:rsidR="00101151" w:rsidRPr="005C5485" w:rsidRDefault="000D7078">
            <w:pPr>
              <w:spacing w:after="0" w:line="240" w:lineRule="auto"/>
              <w:rPr>
                <w:szCs w:val="32"/>
                <w:lang w:val="pl-PL"/>
              </w:rPr>
            </w:pPr>
            <w:r w:rsidRPr="005C5485">
              <w:rPr>
                <w:szCs w:val="32"/>
                <w:lang w:val="pl-PL"/>
              </w:rPr>
              <w:t>spotkanie</w:t>
            </w:r>
          </w:p>
        </w:tc>
        <w:tc>
          <w:tcPr>
            <w:tcW w:w="79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064307D" w14:textId="77777777" w:rsidR="00101151" w:rsidRPr="005C5485" w:rsidRDefault="000D7078">
            <w:pPr>
              <w:spacing w:after="0" w:line="240" w:lineRule="auto"/>
              <w:rPr>
                <w:szCs w:val="32"/>
                <w:lang w:val="pl-PL"/>
              </w:rPr>
            </w:pPr>
            <w:r w:rsidRPr="005C5485">
              <w:rPr>
                <w:szCs w:val="32"/>
                <w:lang w:val="pl-PL"/>
              </w:rPr>
              <w:t>2</w:t>
            </w:r>
          </w:p>
        </w:tc>
        <w:tc>
          <w:tcPr>
            <w:tcW w:w="151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EA5004E" w14:textId="77777777" w:rsidR="00101151" w:rsidRPr="005C5485" w:rsidRDefault="00101151">
            <w:pPr>
              <w:spacing w:after="0" w:line="240" w:lineRule="auto"/>
              <w:rPr>
                <w:szCs w:val="32"/>
                <w:lang w:val="pl-PL"/>
              </w:rPr>
            </w:pPr>
          </w:p>
        </w:tc>
        <w:tc>
          <w:tcPr>
            <w:tcW w:w="158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B098275" w14:textId="77777777" w:rsidR="00101151" w:rsidRPr="005C5485" w:rsidRDefault="00101151">
            <w:pPr>
              <w:spacing w:after="0" w:line="240" w:lineRule="auto"/>
              <w:rPr>
                <w:szCs w:val="32"/>
                <w:lang w:val="pl-PL"/>
              </w:rPr>
            </w:pPr>
          </w:p>
        </w:tc>
        <w:tc>
          <w:tcPr>
            <w:tcW w:w="129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6DE9F58" w14:textId="77777777" w:rsidR="00101151" w:rsidRPr="005C5485" w:rsidRDefault="00101151">
            <w:pPr>
              <w:spacing w:after="0" w:line="240" w:lineRule="auto"/>
              <w:rPr>
                <w:szCs w:val="32"/>
                <w:lang w:val="pl-PL"/>
              </w:rPr>
            </w:pPr>
          </w:p>
        </w:tc>
      </w:tr>
      <w:tr w:rsidR="00101151" w:rsidRPr="00CD7939" w14:paraId="3D778297" w14:textId="77777777" w:rsidTr="00865A31">
        <w:trPr>
          <w:cantSplit/>
          <w:jc w:val="center"/>
        </w:trPr>
        <w:tc>
          <w:tcPr>
            <w:tcW w:w="2658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CB2D198" w14:textId="77777777" w:rsidR="00101151" w:rsidRPr="005C5485" w:rsidRDefault="000D7078">
            <w:pPr>
              <w:spacing w:after="0" w:line="240" w:lineRule="auto"/>
              <w:rPr>
                <w:szCs w:val="32"/>
                <w:lang w:val="pl-PL"/>
              </w:rPr>
            </w:pPr>
            <w:r w:rsidRPr="005C5485">
              <w:rPr>
                <w:szCs w:val="32"/>
                <w:lang w:val="pl-PL"/>
              </w:rPr>
              <w:t xml:space="preserve">Działania </w:t>
            </w:r>
            <w:proofErr w:type="spellStart"/>
            <w:r w:rsidRPr="005C5485">
              <w:rPr>
                <w:szCs w:val="32"/>
                <w:lang w:val="pl-PL"/>
              </w:rPr>
              <w:t>pozaszczepienne</w:t>
            </w:r>
            <w:proofErr w:type="spellEnd"/>
          </w:p>
        </w:tc>
        <w:tc>
          <w:tcPr>
            <w:tcW w:w="1158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31F9181" w14:textId="77777777" w:rsidR="00101151" w:rsidRPr="005C5485" w:rsidRDefault="000D7078">
            <w:pPr>
              <w:spacing w:after="0" w:line="240" w:lineRule="auto"/>
              <w:rPr>
                <w:szCs w:val="32"/>
                <w:lang w:val="pl-PL"/>
              </w:rPr>
            </w:pPr>
            <w:r w:rsidRPr="005C5485">
              <w:rPr>
                <w:szCs w:val="32"/>
                <w:lang w:val="pl-PL"/>
              </w:rPr>
              <w:t>rok</w:t>
            </w:r>
          </w:p>
        </w:tc>
        <w:tc>
          <w:tcPr>
            <w:tcW w:w="79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D1DE12C" w14:textId="77777777" w:rsidR="00101151" w:rsidRPr="005C5485" w:rsidRDefault="000D7078">
            <w:pPr>
              <w:spacing w:after="0" w:line="240" w:lineRule="auto"/>
              <w:rPr>
                <w:szCs w:val="32"/>
                <w:lang w:val="pl-PL"/>
              </w:rPr>
            </w:pPr>
            <w:r w:rsidRPr="005C5485">
              <w:rPr>
                <w:szCs w:val="32"/>
                <w:lang w:val="pl-PL"/>
              </w:rPr>
              <w:t>1</w:t>
            </w:r>
          </w:p>
        </w:tc>
        <w:tc>
          <w:tcPr>
            <w:tcW w:w="151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E54309F" w14:textId="77777777" w:rsidR="00101151" w:rsidRPr="005C5485" w:rsidRDefault="00101151">
            <w:pPr>
              <w:spacing w:after="0" w:line="240" w:lineRule="auto"/>
              <w:rPr>
                <w:szCs w:val="32"/>
                <w:lang w:val="pl-PL"/>
              </w:rPr>
            </w:pPr>
          </w:p>
        </w:tc>
        <w:tc>
          <w:tcPr>
            <w:tcW w:w="158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EDA2338" w14:textId="77777777" w:rsidR="00101151" w:rsidRPr="005C5485" w:rsidRDefault="00101151">
            <w:pPr>
              <w:spacing w:after="0" w:line="240" w:lineRule="auto"/>
              <w:rPr>
                <w:szCs w:val="32"/>
                <w:lang w:val="pl-PL"/>
              </w:rPr>
            </w:pPr>
          </w:p>
        </w:tc>
        <w:tc>
          <w:tcPr>
            <w:tcW w:w="129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18604EA" w14:textId="77777777" w:rsidR="00101151" w:rsidRPr="005C5485" w:rsidRDefault="00101151">
            <w:pPr>
              <w:spacing w:after="0" w:line="240" w:lineRule="auto"/>
              <w:rPr>
                <w:szCs w:val="32"/>
                <w:lang w:val="pl-PL"/>
              </w:rPr>
            </w:pPr>
          </w:p>
        </w:tc>
      </w:tr>
      <w:tr w:rsidR="00101151" w:rsidRPr="00CD7939" w14:paraId="44B52087" w14:textId="77777777" w:rsidTr="00865A31">
        <w:trPr>
          <w:cantSplit/>
          <w:jc w:val="center"/>
        </w:trPr>
        <w:tc>
          <w:tcPr>
            <w:tcW w:w="2658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CD99ED1" w14:textId="77777777" w:rsidR="00101151" w:rsidRPr="005C5485" w:rsidRDefault="000D7078">
            <w:pPr>
              <w:spacing w:after="0" w:line="240" w:lineRule="auto"/>
              <w:rPr>
                <w:szCs w:val="32"/>
                <w:lang w:val="pl-PL"/>
              </w:rPr>
            </w:pPr>
            <w:r w:rsidRPr="005C5485">
              <w:rPr>
                <w:szCs w:val="32"/>
                <w:lang w:val="pl-PL"/>
              </w:rPr>
              <w:t>PLANOWANA WARTOŚĆ ROCZNA</w:t>
            </w:r>
          </w:p>
        </w:tc>
        <w:tc>
          <w:tcPr>
            <w:tcW w:w="1158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3AE881A" w14:textId="77777777" w:rsidR="00101151" w:rsidRPr="005C5485" w:rsidRDefault="00101151">
            <w:pPr>
              <w:spacing w:after="0" w:line="240" w:lineRule="auto"/>
              <w:rPr>
                <w:szCs w:val="32"/>
                <w:lang w:val="pl-PL"/>
              </w:rPr>
            </w:pPr>
          </w:p>
        </w:tc>
        <w:tc>
          <w:tcPr>
            <w:tcW w:w="79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9A80E8F" w14:textId="77777777" w:rsidR="00101151" w:rsidRPr="005C5485" w:rsidRDefault="00101151">
            <w:pPr>
              <w:spacing w:after="0" w:line="240" w:lineRule="auto"/>
              <w:rPr>
                <w:szCs w:val="32"/>
                <w:lang w:val="pl-PL"/>
              </w:rPr>
            </w:pPr>
          </w:p>
        </w:tc>
        <w:tc>
          <w:tcPr>
            <w:tcW w:w="151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F4357DE" w14:textId="77777777" w:rsidR="00101151" w:rsidRPr="005C5485" w:rsidRDefault="00101151">
            <w:pPr>
              <w:spacing w:after="0" w:line="240" w:lineRule="auto"/>
              <w:rPr>
                <w:szCs w:val="32"/>
                <w:lang w:val="pl-PL"/>
              </w:rPr>
            </w:pPr>
          </w:p>
        </w:tc>
        <w:tc>
          <w:tcPr>
            <w:tcW w:w="158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58ECA45" w14:textId="77777777" w:rsidR="00101151" w:rsidRPr="005C5485" w:rsidRDefault="00101151">
            <w:pPr>
              <w:spacing w:after="0" w:line="240" w:lineRule="auto"/>
              <w:rPr>
                <w:szCs w:val="32"/>
                <w:lang w:val="pl-PL"/>
              </w:rPr>
            </w:pPr>
          </w:p>
        </w:tc>
        <w:tc>
          <w:tcPr>
            <w:tcW w:w="129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1F2A51D" w14:textId="77777777" w:rsidR="00101151" w:rsidRPr="005C5485" w:rsidRDefault="00101151">
            <w:pPr>
              <w:spacing w:after="0" w:line="240" w:lineRule="auto"/>
              <w:rPr>
                <w:szCs w:val="32"/>
                <w:lang w:val="pl-PL"/>
              </w:rPr>
            </w:pPr>
          </w:p>
        </w:tc>
      </w:tr>
    </w:tbl>
    <w:p w14:paraId="73ADB075" w14:textId="77777777" w:rsidR="00101151" w:rsidRPr="00CD7939" w:rsidRDefault="00101151">
      <w:pPr>
        <w:rPr>
          <w:lang w:val="pl-PL"/>
        </w:rPr>
      </w:pPr>
    </w:p>
    <w:p w14:paraId="69577B67" w14:textId="77777777" w:rsidR="00101151" w:rsidRPr="00CD7939" w:rsidRDefault="000D7078">
      <w:pPr>
        <w:rPr>
          <w:lang w:val="pl-PL"/>
        </w:rPr>
      </w:pPr>
      <w:r w:rsidRPr="00CD7939">
        <w:rPr>
          <w:lang w:val="pl-PL"/>
        </w:rPr>
        <w:t xml:space="preserve">Maksymalna planowana liczba kompletnych interwencji = część całkowita z: (110 000,00 zł – koszt 2 spotkań – roczna kwota działań </w:t>
      </w:r>
      <w:proofErr w:type="spellStart"/>
      <w:r w:rsidRPr="00CD7939">
        <w:rPr>
          <w:lang w:val="pl-PL"/>
        </w:rPr>
        <w:t>pozaszczepiennych</w:t>
      </w:r>
      <w:proofErr w:type="spellEnd"/>
      <w:r w:rsidRPr="00CD7939">
        <w:rPr>
          <w:lang w:val="pl-PL"/>
        </w:rPr>
        <w:t>) / cena kompletnej interwencji.</w:t>
      </w:r>
    </w:p>
    <w:p w14:paraId="5C2604D8" w14:textId="77777777" w:rsidR="00101151" w:rsidRPr="00CD7939" w:rsidRDefault="000D7078">
      <w:pPr>
        <w:pStyle w:val="Nagwek2"/>
        <w:rPr>
          <w:rFonts w:ascii="Times New Roman" w:hAnsi="Times New Roman" w:cs="Times New Roman"/>
          <w:color w:val="000000" w:themeColor="text1"/>
          <w:sz w:val="22"/>
          <w:szCs w:val="24"/>
          <w:lang w:val="pl-PL"/>
        </w:rPr>
      </w:pPr>
      <w:r w:rsidRPr="00CD7939">
        <w:rPr>
          <w:rFonts w:ascii="Times New Roman" w:hAnsi="Times New Roman" w:cs="Times New Roman"/>
          <w:color w:val="000000" w:themeColor="text1"/>
          <w:sz w:val="22"/>
          <w:szCs w:val="24"/>
          <w:lang w:val="pl-PL"/>
        </w:rPr>
        <w:lastRenderedPageBreak/>
        <w:t>Rok 2028 – limit 110 000,00 zł brutto</w:t>
      </w:r>
    </w:p>
    <w:tbl>
      <w:tblPr>
        <w:tblStyle w:val="Tabela-Siatka"/>
        <w:tblW w:w="9000" w:type="dxa"/>
        <w:jc w:val="center"/>
        <w:tblLayout w:type="fixed"/>
        <w:tblLook w:val="04A0" w:firstRow="1" w:lastRow="0" w:firstColumn="1" w:lastColumn="0" w:noHBand="0" w:noVBand="1"/>
      </w:tblPr>
      <w:tblGrid>
        <w:gridCol w:w="2658"/>
        <w:gridCol w:w="1158"/>
        <w:gridCol w:w="792"/>
        <w:gridCol w:w="1512"/>
        <w:gridCol w:w="1584"/>
        <w:gridCol w:w="1296"/>
      </w:tblGrid>
      <w:tr w:rsidR="00101151" w:rsidRPr="00CD7939" w14:paraId="15F363E7" w14:textId="77777777" w:rsidTr="005C5485">
        <w:trPr>
          <w:cantSplit/>
          <w:tblHeader/>
          <w:jc w:val="center"/>
        </w:trPr>
        <w:tc>
          <w:tcPr>
            <w:tcW w:w="2658" w:type="dxa"/>
            <w:shd w:val="clear" w:color="auto" w:fill="D9D9D9" w:themeFill="background1" w:themeFillShade="D9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994B7EC" w14:textId="77777777" w:rsidR="00101151" w:rsidRPr="005C5485" w:rsidRDefault="000D7078">
            <w:pPr>
              <w:spacing w:after="0" w:line="240" w:lineRule="auto"/>
              <w:rPr>
                <w:szCs w:val="32"/>
                <w:lang w:val="pl-PL"/>
              </w:rPr>
            </w:pPr>
            <w:r w:rsidRPr="005C5485">
              <w:rPr>
                <w:b/>
                <w:szCs w:val="32"/>
                <w:lang w:val="pl-PL"/>
              </w:rPr>
              <w:t>Składnik</w:t>
            </w:r>
          </w:p>
        </w:tc>
        <w:tc>
          <w:tcPr>
            <w:tcW w:w="1158" w:type="dxa"/>
            <w:shd w:val="clear" w:color="auto" w:fill="D9D9D9" w:themeFill="background1" w:themeFillShade="D9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960B054" w14:textId="77777777" w:rsidR="00101151" w:rsidRPr="005C5485" w:rsidRDefault="000D7078">
            <w:pPr>
              <w:spacing w:after="0" w:line="240" w:lineRule="auto"/>
              <w:rPr>
                <w:szCs w:val="32"/>
                <w:lang w:val="pl-PL"/>
              </w:rPr>
            </w:pPr>
            <w:r w:rsidRPr="005C5485">
              <w:rPr>
                <w:b/>
                <w:szCs w:val="32"/>
                <w:lang w:val="pl-PL"/>
              </w:rPr>
              <w:t>Jednostka</w:t>
            </w:r>
          </w:p>
        </w:tc>
        <w:tc>
          <w:tcPr>
            <w:tcW w:w="792" w:type="dxa"/>
            <w:shd w:val="clear" w:color="auto" w:fill="D9D9D9" w:themeFill="background1" w:themeFillShade="D9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D5946F5" w14:textId="77777777" w:rsidR="00101151" w:rsidRPr="005C5485" w:rsidRDefault="000D7078">
            <w:pPr>
              <w:spacing w:after="0" w:line="240" w:lineRule="auto"/>
              <w:rPr>
                <w:szCs w:val="32"/>
                <w:lang w:val="pl-PL"/>
              </w:rPr>
            </w:pPr>
            <w:r w:rsidRPr="005C5485">
              <w:rPr>
                <w:b/>
                <w:szCs w:val="32"/>
                <w:lang w:val="pl-PL"/>
              </w:rPr>
              <w:t>Liczba</w:t>
            </w:r>
          </w:p>
        </w:tc>
        <w:tc>
          <w:tcPr>
            <w:tcW w:w="1512" w:type="dxa"/>
            <w:shd w:val="clear" w:color="auto" w:fill="D9D9D9" w:themeFill="background1" w:themeFillShade="D9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503E092" w14:textId="4C647540" w:rsidR="00101151" w:rsidRPr="005C5485" w:rsidRDefault="000D7078">
            <w:pPr>
              <w:spacing w:after="0" w:line="240" w:lineRule="auto"/>
              <w:rPr>
                <w:szCs w:val="32"/>
                <w:lang w:val="pl-PL"/>
              </w:rPr>
            </w:pPr>
            <w:r w:rsidRPr="005C5485">
              <w:rPr>
                <w:b/>
                <w:szCs w:val="32"/>
                <w:lang w:val="pl-PL"/>
              </w:rPr>
              <w:t>Cena</w:t>
            </w:r>
            <w:r w:rsidR="006006FD" w:rsidRPr="005C5485">
              <w:rPr>
                <w:b/>
                <w:szCs w:val="32"/>
                <w:lang w:val="pl-PL"/>
              </w:rPr>
              <w:t xml:space="preserve"> jednostkowa</w:t>
            </w:r>
            <w:r w:rsidRPr="005C5485">
              <w:rPr>
                <w:b/>
                <w:szCs w:val="32"/>
                <w:lang w:val="pl-PL"/>
              </w:rPr>
              <w:t xml:space="preserve"> / kwota brutto</w:t>
            </w:r>
          </w:p>
        </w:tc>
        <w:tc>
          <w:tcPr>
            <w:tcW w:w="1584" w:type="dxa"/>
            <w:shd w:val="clear" w:color="auto" w:fill="D9D9D9" w:themeFill="background1" w:themeFillShade="D9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0CB2A64" w14:textId="77777777" w:rsidR="00101151" w:rsidRPr="005C5485" w:rsidRDefault="000D7078">
            <w:pPr>
              <w:spacing w:after="0" w:line="240" w:lineRule="auto"/>
              <w:rPr>
                <w:szCs w:val="32"/>
                <w:lang w:val="pl-PL"/>
              </w:rPr>
            </w:pPr>
            <w:r w:rsidRPr="005C5485">
              <w:rPr>
                <w:b/>
                <w:szCs w:val="32"/>
                <w:lang w:val="pl-PL"/>
              </w:rPr>
              <w:t>Wartość planowana brutto</w:t>
            </w:r>
          </w:p>
        </w:tc>
        <w:tc>
          <w:tcPr>
            <w:tcW w:w="1296" w:type="dxa"/>
            <w:shd w:val="clear" w:color="auto" w:fill="D9D9D9" w:themeFill="background1" w:themeFillShade="D9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D2600A3" w14:textId="77777777" w:rsidR="00101151" w:rsidRPr="005C5485" w:rsidRDefault="000D7078">
            <w:pPr>
              <w:spacing w:after="0" w:line="240" w:lineRule="auto"/>
              <w:rPr>
                <w:szCs w:val="32"/>
                <w:lang w:val="pl-PL"/>
              </w:rPr>
            </w:pPr>
            <w:r w:rsidRPr="005C5485">
              <w:rPr>
                <w:b/>
                <w:szCs w:val="32"/>
                <w:lang w:val="pl-PL"/>
              </w:rPr>
              <w:t>Uwagi</w:t>
            </w:r>
          </w:p>
        </w:tc>
      </w:tr>
      <w:tr w:rsidR="00101151" w:rsidRPr="00CD7939" w14:paraId="64D7DB3E" w14:textId="77777777" w:rsidTr="005C5485">
        <w:trPr>
          <w:cantSplit/>
          <w:jc w:val="center"/>
        </w:trPr>
        <w:tc>
          <w:tcPr>
            <w:tcW w:w="2658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54C63F8" w14:textId="77777777" w:rsidR="00101151" w:rsidRPr="005C5485" w:rsidRDefault="000D7078">
            <w:pPr>
              <w:spacing w:after="0" w:line="240" w:lineRule="auto"/>
              <w:rPr>
                <w:szCs w:val="32"/>
                <w:lang w:val="pl-PL"/>
              </w:rPr>
            </w:pPr>
            <w:r w:rsidRPr="005C5485">
              <w:rPr>
                <w:szCs w:val="32"/>
                <w:lang w:val="pl-PL"/>
              </w:rPr>
              <w:t>Kompletna interwencja szczepienna</w:t>
            </w:r>
          </w:p>
        </w:tc>
        <w:tc>
          <w:tcPr>
            <w:tcW w:w="1158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EA3ECC5" w14:textId="77777777" w:rsidR="00101151" w:rsidRPr="005C5485" w:rsidRDefault="000D7078">
            <w:pPr>
              <w:spacing w:after="0" w:line="240" w:lineRule="auto"/>
              <w:rPr>
                <w:szCs w:val="32"/>
                <w:lang w:val="pl-PL"/>
              </w:rPr>
            </w:pPr>
            <w:r w:rsidRPr="005C5485">
              <w:rPr>
                <w:szCs w:val="32"/>
                <w:lang w:val="pl-PL"/>
              </w:rPr>
              <w:t>uczestnik</w:t>
            </w:r>
          </w:p>
        </w:tc>
        <w:tc>
          <w:tcPr>
            <w:tcW w:w="79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1BF2CF1" w14:textId="77777777" w:rsidR="00101151" w:rsidRPr="005C5485" w:rsidRDefault="00101151">
            <w:pPr>
              <w:spacing w:after="0" w:line="240" w:lineRule="auto"/>
              <w:rPr>
                <w:szCs w:val="32"/>
                <w:lang w:val="pl-PL"/>
              </w:rPr>
            </w:pPr>
          </w:p>
        </w:tc>
        <w:tc>
          <w:tcPr>
            <w:tcW w:w="151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E2BD831" w14:textId="77777777" w:rsidR="00101151" w:rsidRPr="005C5485" w:rsidRDefault="00101151">
            <w:pPr>
              <w:spacing w:after="0" w:line="240" w:lineRule="auto"/>
              <w:rPr>
                <w:szCs w:val="32"/>
                <w:lang w:val="pl-PL"/>
              </w:rPr>
            </w:pPr>
          </w:p>
        </w:tc>
        <w:tc>
          <w:tcPr>
            <w:tcW w:w="158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311A3F3" w14:textId="77777777" w:rsidR="00101151" w:rsidRPr="005C5485" w:rsidRDefault="00101151">
            <w:pPr>
              <w:spacing w:after="0" w:line="240" w:lineRule="auto"/>
              <w:rPr>
                <w:szCs w:val="32"/>
                <w:lang w:val="pl-PL"/>
              </w:rPr>
            </w:pPr>
          </w:p>
        </w:tc>
        <w:tc>
          <w:tcPr>
            <w:tcW w:w="129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6CB6B15" w14:textId="77777777" w:rsidR="00101151" w:rsidRPr="005C5485" w:rsidRDefault="00101151">
            <w:pPr>
              <w:spacing w:after="0" w:line="240" w:lineRule="auto"/>
              <w:rPr>
                <w:szCs w:val="32"/>
                <w:lang w:val="pl-PL"/>
              </w:rPr>
            </w:pPr>
          </w:p>
        </w:tc>
      </w:tr>
      <w:tr w:rsidR="00101151" w:rsidRPr="00CD7939" w14:paraId="15AD496E" w14:textId="77777777" w:rsidTr="005C5485">
        <w:trPr>
          <w:cantSplit/>
          <w:jc w:val="center"/>
        </w:trPr>
        <w:tc>
          <w:tcPr>
            <w:tcW w:w="2658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802D8D4" w14:textId="77777777" w:rsidR="00101151" w:rsidRPr="005C5485" w:rsidRDefault="000D7078">
            <w:pPr>
              <w:spacing w:after="0" w:line="240" w:lineRule="auto"/>
              <w:rPr>
                <w:szCs w:val="32"/>
                <w:lang w:val="pl-PL"/>
              </w:rPr>
            </w:pPr>
            <w:r w:rsidRPr="005C5485">
              <w:rPr>
                <w:szCs w:val="32"/>
                <w:lang w:val="pl-PL"/>
              </w:rPr>
              <w:t>Otwarte spotkanie edukacyjne</w:t>
            </w:r>
          </w:p>
        </w:tc>
        <w:tc>
          <w:tcPr>
            <w:tcW w:w="1158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04507CC" w14:textId="77777777" w:rsidR="00101151" w:rsidRPr="005C5485" w:rsidRDefault="000D7078">
            <w:pPr>
              <w:spacing w:after="0" w:line="240" w:lineRule="auto"/>
              <w:rPr>
                <w:szCs w:val="32"/>
                <w:lang w:val="pl-PL"/>
              </w:rPr>
            </w:pPr>
            <w:r w:rsidRPr="005C5485">
              <w:rPr>
                <w:szCs w:val="32"/>
                <w:lang w:val="pl-PL"/>
              </w:rPr>
              <w:t>spotkanie</w:t>
            </w:r>
          </w:p>
        </w:tc>
        <w:tc>
          <w:tcPr>
            <w:tcW w:w="79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348DB39" w14:textId="77777777" w:rsidR="00101151" w:rsidRPr="005C5485" w:rsidRDefault="000D7078">
            <w:pPr>
              <w:spacing w:after="0" w:line="240" w:lineRule="auto"/>
              <w:rPr>
                <w:szCs w:val="32"/>
                <w:lang w:val="pl-PL"/>
              </w:rPr>
            </w:pPr>
            <w:r w:rsidRPr="005C5485">
              <w:rPr>
                <w:szCs w:val="32"/>
                <w:lang w:val="pl-PL"/>
              </w:rPr>
              <w:t>2</w:t>
            </w:r>
          </w:p>
        </w:tc>
        <w:tc>
          <w:tcPr>
            <w:tcW w:w="151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D0F09CC" w14:textId="77777777" w:rsidR="00101151" w:rsidRPr="005C5485" w:rsidRDefault="00101151">
            <w:pPr>
              <w:spacing w:after="0" w:line="240" w:lineRule="auto"/>
              <w:rPr>
                <w:szCs w:val="32"/>
                <w:lang w:val="pl-PL"/>
              </w:rPr>
            </w:pPr>
          </w:p>
        </w:tc>
        <w:tc>
          <w:tcPr>
            <w:tcW w:w="158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4F7CD1F" w14:textId="77777777" w:rsidR="00101151" w:rsidRPr="005C5485" w:rsidRDefault="00101151">
            <w:pPr>
              <w:spacing w:after="0" w:line="240" w:lineRule="auto"/>
              <w:rPr>
                <w:szCs w:val="32"/>
                <w:lang w:val="pl-PL"/>
              </w:rPr>
            </w:pPr>
          </w:p>
        </w:tc>
        <w:tc>
          <w:tcPr>
            <w:tcW w:w="129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184FB65" w14:textId="77777777" w:rsidR="00101151" w:rsidRPr="005C5485" w:rsidRDefault="00101151">
            <w:pPr>
              <w:spacing w:after="0" w:line="240" w:lineRule="auto"/>
              <w:rPr>
                <w:szCs w:val="32"/>
                <w:lang w:val="pl-PL"/>
              </w:rPr>
            </w:pPr>
          </w:p>
        </w:tc>
      </w:tr>
      <w:tr w:rsidR="00101151" w:rsidRPr="00CD7939" w14:paraId="112BBC31" w14:textId="77777777" w:rsidTr="005C5485">
        <w:trPr>
          <w:cantSplit/>
          <w:jc w:val="center"/>
        </w:trPr>
        <w:tc>
          <w:tcPr>
            <w:tcW w:w="2658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3E6BEA1" w14:textId="77777777" w:rsidR="00101151" w:rsidRPr="005C5485" w:rsidRDefault="000D7078">
            <w:pPr>
              <w:spacing w:after="0" w:line="240" w:lineRule="auto"/>
              <w:rPr>
                <w:szCs w:val="32"/>
                <w:lang w:val="pl-PL"/>
              </w:rPr>
            </w:pPr>
            <w:r w:rsidRPr="005C5485">
              <w:rPr>
                <w:szCs w:val="32"/>
                <w:lang w:val="pl-PL"/>
              </w:rPr>
              <w:t xml:space="preserve">Działania </w:t>
            </w:r>
            <w:proofErr w:type="spellStart"/>
            <w:r w:rsidRPr="005C5485">
              <w:rPr>
                <w:szCs w:val="32"/>
                <w:lang w:val="pl-PL"/>
              </w:rPr>
              <w:t>pozaszczepienne</w:t>
            </w:r>
            <w:proofErr w:type="spellEnd"/>
          </w:p>
        </w:tc>
        <w:tc>
          <w:tcPr>
            <w:tcW w:w="1158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62BECC6" w14:textId="77777777" w:rsidR="00101151" w:rsidRPr="005C5485" w:rsidRDefault="000D7078">
            <w:pPr>
              <w:spacing w:after="0" w:line="240" w:lineRule="auto"/>
              <w:rPr>
                <w:szCs w:val="32"/>
                <w:lang w:val="pl-PL"/>
              </w:rPr>
            </w:pPr>
            <w:r w:rsidRPr="005C5485">
              <w:rPr>
                <w:szCs w:val="32"/>
                <w:lang w:val="pl-PL"/>
              </w:rPr>
              <w:t>rok</w:t>
            </w:r>
          </w:p>
        </w:tc>
        <w:tc>
          <w:tcPr>
            <w:tcW w:w="79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E2729F1" w14:textId="77777777" w:rsidR="00101151" w:rsidRPr="005C5485" w:rsidRDefault="000D7078">
            <w:pPr>
              <w:spacing w:after="0" w:line="240" w:lineRule="auto"/>
              <w:rPr>
                <w:szCs w:val="32"/>
                <w:lang w:val="pl-PL"/>
              </w:rPr>
            </w:pPr>
            <w:r w:rsidRPr="005C5485">
              <w:rPr>
                <w:szCs w:val="32"/>
                <w:lang w:val="pl-PL"/>
              </w:rPr>
              <w:t>1</w:t>
            </w:r>
          </w:p>
        </w:tc>
        <w:tc>
          <w:tcPr>
            <w:tcW w:w="151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F80DD5D" w14:textId="77777777" w:rsidR="00101151" w:rsidRPr="005C5485" w:rsidRDefault="00101151">
            <w:pPr>
              <w:spacing w:after="0" w:line="240" w:lineRule="auto"/>
              <w:rPr>
                <w:szCs w:val="32"/>
                <w:lang w:val="pl-PL"/>
              </w:rPr>
            </w:pPr>
          </w:p>
        </w:tc>
        <w:tc>
          <w:tcPr>
            <w:tcW w:w="158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DB91852" w14:textId="77777777" w:rsidR="00101151" w:rsidRPr="005C5485" w:rsidRDefault="00101151">
            <w:pPr>
              <w:spacing w:after="0" w:line="240" w:lineRule="auto"/>
              <w:rPr>
                <w:szCs w:val="32"/>
                <w:lang w:val="pl-PL"/>
              </w:rPr>
            </w:pPr>
          </w:p>
        </w:tc>
        <w:tc>
          <w:tcPr>
            <w:tcW w:w="129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0E6CBF7" w14:textId="77777777" w:rsidR="00101151" w:rsidRPr="005C5485" w:rsidRDefault="00101151">
            <w:pPr>
              <w:spacing w:after="0" w:line="240" w:lineRule="auto"/>
              <w:rPr>
                <w:szCs w:val="32"/>
                <w:lang w:val="pl-PL"/>
              </w:rPr>
            </w:pPr>
          </w:p>
        </w:tc>
      </w:tr>
      <w:tr w:rsidR="00101151" w:rsidRPr="00CD7939" w14:paraId="2544C157" w14:textId="77777777" w:rsidTr="005C5485">
        <w:trPr>
          <w:cantSplit/>
          <w:jc w:val="center"/>
        </w:trPr>
        <w:tc>
          <w:tcPr>
            <w:tcW w:w="2658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5DF6822" w14:textId="77777777" w:rsidR="00101151" w:rsidRPr="005C5485" w:rsidRDefault="000D7078">
            <w:pPr>
              <w:spacing w:after="0" w:line="240" w:lineRule="auto"/>
              <w:rPr>
                <w:szCs w:val="32"/>
                <w:lang w:val="pl-PL"/>
              </w:rPr>
            </w:pPr>
            <w:r w:rsidRPr="005C5485">
              <w:rPr>
                <w:szCs w:val="32"/>
                <w:lang w:val="pl-PL"/>
              </w:rPr>
              <w:t>PLANOWANA WARTOŚĆ ROCZNA</w:t>
            </w:r>
          </w:p>
        </w:tc>
        <w:tc>
          <w:tcPr>
            <w:tcW w:w="1158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6AAD35D" w14:textId="77777777" w:rsidR="00101151" w:rsidRPr="005C5485" w:rsidRDefault="00101151">
            <w:pPr>
              <w:spacing w:after="0" w:line="240" w:lineRule="auto"/>
              <w:rPr>
                <w:szCs w:val="32"/>
                <w:lang w:val="pl-PL"/>
              </w:rPr>
            </w:pPr>
          </w:p>
        </w:tc>
        <w:tc>
          <w:tcPr>
            <w:tcW w:w="79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27B9006" w14:textId="77777777" w:rsidR="00101151" w:rsidRPr="005C5485" w:rsidRDefault="00101151">
            <w:pPr>
              <w:spacing w:after="0" w:line="240" w:lineRule="auto"/>
              <w:rPr>
                <w:szCs w:val="32"/>
                <w:lang w:val="pl-PL"/>
              </w:rPr>
            </w:pPr>
          </w:p>
        </w:tc>
        <w:tc>
          <w:tcPr>
            <w:tcW w:w="151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950E5C3" w14:textId="77777777" w:rsidR="00101151" w:rsidRPr="005C5485" w:rsidRDefault="00101151">
            <w:pPr>
              <w:spacing w:after="0" w:line="240" w:lineRule="auto"/>
              <w:rPr>
                <w:szCs w:val="32"/>
                <w:lang w:val="pl-PL"/>
              </w:rPr>
            </w:pPr>
          </w:p>
        </w:tc>
        <w:tc>
          <w:tcPr>
            <w:tcW w:w="158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F8B2A6E" w14:textId="77777777" w:rsidR="00101151" w:rsidRPr="005C5485" w:rsidRDefault="00101151">
            <w:pPr>
              <w:spacing w:after="0" w:line="240" w:lineRule="auto"/>
              <w:rPr>
                <w:szCs w:val="32"/>
                <w:lang w:val="pl-PL"/>
              </w:rPr>
            </w:pPr>
          </w:p>
        </w:tc>
        <w:tc>
          <w:tcPr>
            <w:tcW w:w="129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8E78777" w14:textId="77777777" w:rsidR="00101151" w:rsidRPr="005C5485" w:rsidRDefault="00101151">
            <w:pPr>
              <w:spacing w:after="0" w:line="240" w:lineRule="auto"/>
              <w:rPr>
                <w:szCs w:val="32"/>
                <w:lang w:val="pl-PL"/>
              </w:rPr>
            </w:pPr>
          </w:p>
        </w:tc>
      </w:tr>
    </w:tbl>
    <w:p w14:paraId="59B9E9AA" w14:textId="77777777" w:rsidR="00101151" w:rsidRPr="00CD7939" w:rsidRDefault="00101151">
      <w:pPr>
        <w:rPr>
          <w:lang w:val="pl-PL"/>
        </w:rPr>
      </w:pPr>
    </w:p>
    <w:p w14:paraId="4C460E67" w14:textId="423A6719" w:rsidR="00101151" w:rsidRDefault="000D7078">
      <w:pPr>
        <w:rPr>
          <w:lang w:val="pl-PL"/>
        </w:rPr>
      </w:pPr>
      <w:r w:rsidRPr="00CD7939">
        <w:rPr>
          <w:lang w:val="pl-PL"/>
        </w:rPr>
        <w:t xml:space="preserve">Maksymalna planowana liczba kompletnych interwencji = część całkowita z: (110 000,00 zł – koszt 2 spotkań – roczna kwota działań </w:t>
      </w:r>
      <w:proofErr w:type="spellStart"/>
      <w:r w:rsidRPr="00CD7939">
        <w:rPr>
          <w:lang w:val="pl-PL"/>
        </w:rPr>
        <w:t>pozaszczepiennych</w:t>
      </w:r>
      <w:proofErr w:type="spellEnd"/>
      <w:r w:rsidRPr="00CD7939">
        <w:rPr>
          <w:lang w:val="pl-PL"/>
        </w:rPr>
        <w:t>) / cena kompletnej interwencji.</w:t>
      </w:r>
    </w:p>
    <w:p w14:paraId="28181B71" w14:textId="77777777" w:rsidR="006006FD" w:rsidRPr="006006FD" w:rsidRDefault="006006FD" w:rsidP="006006FD">
      <w:pPr>
        <w:rPr>
          <w:b/>
          <w:lang w:val="pl-PL"/>
        </w:rPr>
      </w:pPr>
      <w:r w:rsidRPr="006006FD">
        <w:rPr>
          <w:b/>
          <w:lang w:val="pl-PL"/>
        </w:rPr>
        <w:t>Podsumowanie danych do oceny w kryterium K</w:t>
      </w:r>
    </w:p>
    <w:p w14:paraId="476292FD" w14:textId="77777777" w:rsidR="006006FD" w:rsidRPr="006006FD" w:rsidRDefault="006006FD" w:rsidP="006006FD">
      <w:pPr>
        <w:rPr>
          <w:lang w:val="pl-PL"/>
        </w:rPr>
      </w:pPr>
      <w:r w:rsidRPr="006006FD">
        <w:rPr>
          <w:lang w:val="pl-PL"/>
        </w:rPr>
        <w:t>Łączna maksymalna planowana liczba kompletnych interwencji szczepiennych w latach 2026–2028, stanowiąca podstawę oceny w kryterium K:</w:t>
      </w:r>
    </w:p>
    <w:p w14:paraId="480B35C8" w14:textId="77777777" w:rsidR="006006FD" w:rsidRPr="006006FD" w:rsidRDefault="006006FD" w:rsidP="006006FD">
      <w:pPr>
        <w:rPr>
          <w:lang w:val="pl-PL"/>
        </w:rPr>
      </w:pPr>
      <w:r w:rsidRPr="006006FD">
        <w:rPr>
          <w:lang w:val="pl-PL"/>
        </w:rPr>
        <w:t>NŁ = N2026 + N2027 + N2028 = ……………………… kompletnych interwencji.</w:t>
      </w:r>
    </w:p>
    <w:p w14:paraId="711B0E19" w14:textId="77777777" w:rsidR="006006FD" w:rsidRPr="006006FD" w:rsidRDefault="006006FD" w:rsidP="006006FD">
      <w:pPr>
        <w:rPr>
          <w:lang w:val="pl-PL"/>
        </w:rPr>
      </w:pPr>
    </w:p>
    <w:p w14:paraId="5591FCBA" w14:textId="35F8CA1F" w:rsidR="006006FD" w:rsidRDefault="006006FD" w:rsidP="006006FD">
      <w:pPr>
        <w:rPr>
          <w:lang w:val="pl-PL"/>
        </w:rPr>
      </w:pPr>
      <w:r w:rsidRPr="006006FD">
        <w:rPr>
          <w:lang w:val="pl-PL"/>
        </w:rPr>
        <w:t>Oferent nie określa tej liczby dowolnie. Musi ona wynikać z cen i rocznych kwot wskazanych w powyższych kalkulacjach. Komisja weryfikuje poprawność obliczenia.</w:t>
      </w:r>
    </w:p>
    <w:p w14:paraId="010B27AC" w14:textId="77777777" w:rsidR="006006FD" w:rsidRPr="00CD7939" w:rsidRDefault="006006FD">
      <w:pPr>
        <w:rPr>
          <w:lang w:val="pl-PL"/>
        </w:rPr>
      </w:pPr>
    </w:p>
    <w:p w14:paraId="43F7CAE5" w14:textId="77777777" w:rsidR="00101151" w:rsidRPr="00CD7939" w:rsidRDefault="000D7078">
      <w:pPr>
        <w:pStyle w:val="Nagwek2"/>
        <w:rPr>
          <w:rFonts w:ascii="Times New Roman" w:hAnsi="Times New Roman" w:cs="Times New Roman"/>
          <w:color w:val="000000" w:themeColor="text1"/>
          <w:sz w:val="22"/>
          <w:szCs w:val="24"/>
          <w:lang w:val="pl-PL"/>
        </w:rPr>
      </w:pPr>
      <w:r w:rsidRPr="00CD7939">
        <w:rPr>
          <w:rFonts w:ascii="Times New Roman" w:hAnsi="Times New Roman" w:cs="Times New Roman"/>
          <w:color w:val="000000" w:themeColor="text1"/>
          <w:sz w:val="22"/>
          <w:szCs w:val="24"/>
          <w:lang w:val="pl-PL"/>
        </w:rPr>
        <w:t>Szczegółowa kalkulacja kosztów</w:t>
      </w:r>
    </w:p>
    <w:tbl>
      <w:tblPr>
        <w:tblStyle w:val="Tabela-Siatka"/>
        <w:tblW w:w="9000" w:type="dxa"/>
        <w:jc w:val="center"/>
        <w:tblLayout w:type="fixed"/>
        <w:tblLook w:val="04A0" w:firstRow="1" w:lastRow="0" w:firstColumn="1" w:lastColumn="0" w:noHBand="0" w:noVBand="1"/>
      </w:tblPr>
      <w:tblGrid>
        <w:gridCol w:w="2232"/>
        <w:gridCol w:w="1800"/>
        <w:gridCol w:w="936"/>
        <w:gridCol w:w="936"/>
        <w:gridCol w:w="936"/>
        <w:gridCol w:w="2160"/>
      </w:tblGrid>
      <w:tr w:rsidR="00101151" w:rsidRPr="00CD7939" w14:paraId="65C7A28D" w14:textId="77777777" w:rsidTr="00865A31">
        <w:trPr>
          <w:cantSplit/>
          <w:tblHeader/>
          <w:jc w:val="center"/>
        </w:trPr>
        <w:tc>
          <w:tcPr>
            <w:tcW w:w="2232" w:type="dxa"/>
            <w:shd w:val="clear" w:color="auto" w:fill="D9D9D9" w:themeFill="background1" w:themeFillShade="D9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42F8F22" w14:textId="77777777" w:rsidR="00101151" w:rsidRPr="005C5485" w:rsidRDefault="000D7078">
            <w:pPr>
              <w:spacing w:after="0" w:line="240" w:lineRule="auto"/>
              <w:rPr>
                <w:rFonts w:cs="Times New Roman"/>
                <w:szCs w:val="20"/>
                <w:lang w:val="pl-PL"/>
              </w:rPr>
            </w:pPr>
            <w:r w:rsidRPr="005C5485">
              <w:rPr>
                <w:rFonts w:cs="Times New Roman"/>
                <w:b/>
                <w:szCs w:val="20"/>
                <w:lang w:val="pl-PL"/>
              </w:rPr>
              <w:t>Kategoria kosztu</w:t>
            </w:r>
          </w:p>
        </w:tc>
        <w:tc>
          <w:tcPr>
            <w:tcW w:w="1800" w:type="dxa"/>
            <w:shd w:val="clear" w:color="auto" w:fill="D9D9D9" w:themeFill="background1" w:themeFillShade="D9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F92B9F4" w14:textId="77777777" w:rsidR="00101151" w:rsidRPr="005C5485" w:rsidRDefault="000D7078">
            <w:pPr>
              <w:spacing w:after="0" w:line="240" w:lineRule="auto"/>
              <w:rPr>
                <w:rFonts w:cs="Times New Roman"/>
                <w:szCs w:val="20"/>
                <w:lang w:val="pl-PL"/>
              </w:rPr>
            </w:pPr>
            <w:r w:rsidRPr="005C5485">
              <w:rPr>
                <w:rFonts w:cs="Times New Roman"/>
                <w:b/>
                <w:szCs w:val="20"/>
                <w:lang w:val="pl-PL"/>
              </w:rPr>
              <w:t>Składnik wynagrodzenia</w:t>
            </w:r>
          </w:p>
        </w:tc>
        <w:tc>
          <w:tcPr>
            <w:tcW w:w="936" w:type="dxa"/>
            <w:shd w:val="clear" w:color="auto" w:fill="D9D9D9" w:themeFill="background1" w:themeFillShade="D9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AF4C518" w14:textId="77777777" w:rsidR="00101151" w:rsidRPr="005C5485" w:rsidRDefault="000D7078">
            <w:pPr>
              <w:spacing w:after="0" w:line="240" w:lineRule="auto"/>
              <w:rPr>
                <w:rFonts w:cs="Times New Roman"/>
                <w:szCs w:val="20"/>
                <w:lang w:val="pl-PL"/>
              </w:rPr>
            </w:pPr>
            <w:r w:rsidRPr="005C5485">
              <w:rPr>
                <w:rFonts w:cs="Times New Roman"/>
                <w:b/>
                <w:szCs w:val="20"/>
                <w:lang w:val="pl-PL"/>
              </w:rPr>
              <w:t>2026</w:t>
            </w:r>
          </w:p>
        </w:tc>
        <w:tc>
          <w:tcPr>
            <w:tcW w:w="936" w:type="dxa"/>
            <w:shd w:val="clear" w:color="auto" w:fill="D9D9D9" w:themeFill="background1" w:themeFillShade="D9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B3A0282" w14:textId="77777777" w:rsidR="00101151" w:rsidRPr="005C5485" w:rsidRDefault="000D7078">
            <w:pPr>
              <w:spacing w:after="0" w:line="240" w:lineRule="auto"/>
              <w:rPr>
                <w:rFonts w:cs="Times New Roman"/>
                <w:szCs w:val="20"/>
                <w:lang w:val="pl-PL"/>
              </w:rPr>
            </w:pPr>
            <w:r w:rsidRPr="005C5485">
              <w:rPr>
                <w:rFonts w:cs="Times New Roman"/>
                <w:b/>
                <w:szCs w:val="20"/>
                <w:lang w:val="pl-PL"/>
              </w:rPr>
              <w:t>2027</w:t>
            </w:r>
          </w:p>
        </w:tc>
        <w:tc>
          <w:tcPr>
            <w:tcW w:w="936" w:type="dxa"/>
            <w:shd w:val="clear" w:color="auto" w:fill="D9D9D9" w:themeFill="background1" w:themeFillShade="D9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B7F186E" w14:textId="77777777" w:rsidR="00101151" w:rsidRPr="005C5485" w:rsidRDefault="000D7078">
            <w:pPr>
              <w:spacing w:after="0" w:line="240" w:lineRule="auto"/>
              <w:rPr>
                <w:rFonts w:cs="Times New Roman"/>
                <w:szCs w:val="20"/>
                <w:lang w:val="pl-PL"/>
              </w:rPr>
            </w:pPr>
            <w:r w:rsidRPr="005C5485">
              <w:rPr>
                <w:rFonts w:cs="Times New Roman"/>
                <w:b/>
                <w:szCs w:val="20"/>
                <w:lang w:val="pl-PL"/>
              </w:rPr>
              <w:t>2028</w:t>
            </w:r>
          </w:p>
        </w:tc>
        <w:tc>
          <w:tcPr>
            <w:tcW w:w="2160" w:type="dxa"/>
            <w:shd w:val="clear" w:color="auto" w:fill="D9D9D9" w:themeFill="background1" w:themeFillShade="D9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5D920AF" w14:textId="77777777" w:rsidR="00101151" w:rsidRPr="005C5485" w:rsidRDefault="000D7078">
            <w:pPr>
              <w:spacing w:after="0" w:line="240" w:lineRule="auto"/>
              <w:rPr>
                <w:rFonts w:cs="Times New Roman"/>
                <w:szCs w:val="20"/>
                <w:lang w:val="pl-PL"/>
              </w:rPr>
            </w:pPr>
            <w:r w:rsidRPr="005C5485">
              <w:rPr>
                <w:rFonts w:cs="Times New Roman"/>
                <w:b/>
                <w:szCs w:val="20"/>
                <w:lang w:val="pl-PL"/>
              </w:rPr>
              <w:t>Sposób kalkulacji / uzasadnienie</w:t>
            </w:r>
          </w:p>
        </w:tc>
      </w:tr>
      <w:tr w:rsidR="00101151" w:rsidRPr="00CD7939" w14:paraId="09E89F68" w14:textId="77777777">
        <w:trPr>
          <w:cantSplit/>
          <w:jc w:val="center"/>
        </w:trPr>
        <w:tc>
          <w:tcPr>
            <w:tcW w:w="223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6B3F847" w14:textId="77777777" w:rsidR="00101151" w:rsidRPr="005C5485" w:rsidRDefault="000D7078">
            <w:pPr>
              <w:spacing w:after="0" w:line="240" w:lineRule="auto"/>
              <w:rPr>
                <w:rFonts w:cs="Times New Roman"/>
                <w:szCs w:val="20"/>
                <w:lang w:val="pl-PL"/>
              </w:rPr>
            </w:pPr>
            <w:r w:rsidRPr="005C5485">
              <w:rPr>
                <w:rFonts w:cs="Times New Roman"/>
                <w:szCs w:val="20"/>
                <w:lang w:val="pl-PL"/>
              </w:rPr>
              <w:t>Personel</w:t>
            </w:r>
          </w:p>
        </w:tc>
        <w:tc>
          <w:tcPr>
            <w:tcW w:w="180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1489BB4" w14:textId="559C5E6E" w:rsidR="00101151" w:rsidRPr="005C5485" w:rsidRDefault="00101151">
            <w:pPr>
              <w:spacing w:after="0" w:line="240" w:lineRule="auto"/>
              <w:rPr>
                <w:rFonts w:cs="Times New Roman"/>
                <w:szCs w:val="20"/>
                <w:lang w:val="pl-PL"/>
              </w:rPr>
            </w:pPr>
          </w:p>
        </w:tc>
        <w:tc>
          <w:tcPr>
            <w:tcW w:w="93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98A0F0C" w14:textId="77777777" w:rsidR="00101151" w:rsidRPr="005C5485" w:rsidRDefault="00101151">
            <w:pPr>
              <w:spacing w:after="0" w:line="240" w:lineRule="auto"/>
              <w:rPr>
                <w:rFonts w:cs="Times New Roman"/>
                <w:szCs w:val="20"/>
                <w:lang w:val="pl-PL"/>
              </w:rPr>
            </w:pPr>
          </w:p>
        </w:tc>
        <w:tc>
          <w:tcPr>
            <w:tcW w:w="93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0702436" w14:textId="77777777" w:rsidR="00101151" w:rsidRPr="005C5485" w:rsidRDefault="00101151">
            <w:pPr>
              <w:spacing w:after="0" w:line="240" w:lineRule="auto"/>
              <w:rPr>
                <w:rFonts w:cs="Times New Roman"/>
                <w:szCs w:val="20"/>
                <w:lang w:val="pl-PL"/>
              </w:rPr>
            </w:pPr>
          </w:p>
        </w:tc>
        <w:tc>
          <w:tcPr>
            <w:tcW w:w="93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92A182F" w14:textId="77777777" w:rsidR="00101151" w:rsidRPr="005C5485" w:rsidRDefault="00101151">
            <w:pPr>
              <w:spacing w:after="0" w:line="240" w:lineRule="auto"/>
              <w:rPr>
                <w:rFonts w:cs="Times New Roman"/>
                <w:szCs w:val="20"/>
                <w:lang w:val="pl-PL"/>
              </w:rPr>
            </w:pPr>
          </w:p>
        </w:tc>
        <w:tc>
          <w:tcPr>
            <w:tcW w:w="216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EEECAD8" w14:textId="77777777" w:rsidR="00101151" w:rsidRPr="005C5485" w:rsidRDefault="00101151">
            <w:pPr>
              <w:spacing w:after="0" w:line="240" w:lineRule="auto"/>
              <w:rPr>
                <w:rFonts w:cs="Times New Roman"/>
                <w:szCs w:val="20"/>
                <w:lang w:val="pl-PL"/>
              </w:rPr>
            </w:pPr>
          </w:p>
        </w:tc>
      </w:tr>
      <w:tr w:rsidR="00101151" w:rsidRPr="00CD7939" w14:paraId="304D25A9" w14:textId="77777777">
        <w:trPr>
          <w:cantSplit/>
          <w:jc w:val="center"/>
        </w:trPr>
        <w:tc>
          <w:tcPr>
            <w:tcW w:w="223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C381194" w14:textId="77777777" w:rsidR="00101151" w:rsidRPr="005C5485" w:rsidRDefault="000D7078">
            <w:pPr>
              <w:spacing w:after="0" w:line="240" w:lineRule="auto"/>
              <w:rPr>
                <w:rFonts w:cs="Times New Roman"/>
                <w:szCs w:val="20"/>
                <w:lang w:val="pl-PL"/>
              </w:rPr>
            </w:pPr>
            <w:r w:rsidRPr="005C5485">
              <w:rPr>
                <w:rFonts w:cs="Times New Roman"/>
                <w:szCs w:val="20"/>
                <w:lang w:val="pl-PL"/>
              </w:rPr>
              <w:t>Szczepionki</w:t>
            </w:r>
          </w:p>
        </w:tc>
        <w:tc>
          <w:tcPr>
            <w:tcW w:w="180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E072877" w14:textId="6ADF7B59" w:rsidR="00101151" w:rsidRPr="005C5485" w:rsidRDefault="00101151">
            <w:pPr>
              <w:spacing w:after="0" w:line="240" w:lineRule="auto"/>
              <w:rPr>
                <w:rFonts w:cs="Times New Roman"/>
                <w:szCs w:val="20"/>
                <w:lang w:val="pl-PL"/>
              </w:rPr>
            </w:pPr>
          </w:p>
        </w:tc>
        <w:tc>
          <w:tcPr>
            <w:tcW w:w="93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3A844EF" w14:textId="77777777" w:rsidR="00101151" w:rsidRPr="005C5485" w:rsidRDefault="00101151">
            <w:pPr>
              <w:spacing w:after="0" w:line="240" w:lineRule="auto"/>
              <w:rPr>
                <w:rFonts w:cs="Times New Roman"/>
                <w:szCs w:val="20"/>
                <w:lang w:val="pl-PL"/>
              </w:rPr>
            </w:pPr>
          </w:p>
        </w:tc>
        <w:tc>
          <w:tcPr>
            <w:tcW w:w="93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9694749" w14:textId="77777777" w:rsidR="00101151" w:rsidRPr="005C5485" w:rsidRDefault="00101151">
            <w:pPr>
              <w:spacing w:after="0" w:line="240" w:lineRule="auto"/>
              <w:rPr>
                <w:rFonts w:cs="Times New Roman"/>
                <w:szCs w:val="20"/>
                <w:lang w:val="pl-PL"/>
              </w:rPr>
            </w:pPr>
          </w:p>
        </w:tc>
        <w:tc>
          <w:tcPr>
            <w:tcW w:w="93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6E099C8" w14:textId="77777777" w:rsidR="00101151" w:rsidRPr="005C5485" w:rsidRDefault="00101151">
            <w:pPr>
              <w:spacing w:after="0" w:line="240" w:lineRule="auto"/>
              <w:rPr>
                <w:rFonts w:cs="Times New Roman"/>
                <w:szCs w:val="20"/>
                <w:lang w:val="pl-PL"/>
              </w:rPr>
            </w:pPr>
          </w:p>
        </w:tc>
        <w:tc>
          <w:tcPr>
            <w:tcW w:w="216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1785476" w14:textId="77777777" w:rsidR="00101151" w:rsidRPr="005C5485" w:rsidRDefault="00101151">
            <w:pPr>
              <w:spacing w:after="0" w:line="240" w:lineRule="auto"/>
              <w:rPr>
                <w:rFonts w:cs="Times New Roman"/>
                <w:szCs w:val="20"/>
                <w:lang w:val="pl-PL"/>
              </w:rPr>
            </w:pPr>
          </w:p>
        </w:tc>
      </w:tr>
      <w:tr w:rsidR="00101151" w:rsidRPr="00CD7939" w14:paraId="121202CD" w14:textId="77777777">
        <w:trPr>
          <w:cantSplit/>
          <w:jc w:val="center"/>
        </w:trPr>
        <w:tc>
          <w:tcPr>
            <w:tcW w:w="223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AAA825D" w14:textId="77777777" w:rsidR="00101151" w:rsidRPr="005C5485" w:rsidRDefault="000D7078">
            <w:pPr>
              <w:spacing w:after="0" w:line="240" w:lineRule="auto"/>
              <w:rPr>
                <w:rFonts w:cs="Times New Roman"/>
                <w:szCs w:val="20"/>
                <w:lang w:val="pl-PL"/>
              </w:rPr>
            </w:pPr>
            <w:r w:rsidRPr="005C5485">
              <w:rPr>
                <w:rFonts w:cs="Times New Roman"/>
                <w:szCs w:val="20"/>
                <w:lang w:val="pl-PL"/>
              </w:rPr>
              <w:t>Sprzęt, materiały i utylizacja</w:t>
            </w:r>
          </w:p>
        </w:tc>
        <w:tc>
          <w:tcPr>
            <w:tcW w:w="180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A57E595" w14:textId="1A8BF9EC" w:rsidR="00101151" w:rsidRPr="005C5485" w:rsidRDefault="00101151">
            <w:pPr>
              <w:spacing w:after="0" w:line="240" w:lineRule="auto"/>
              <w:rPr>
                <w:rFonts w:cs="Times New Roman"/>
                <w:szCs w:val="20"/>
                <w:lang w:val="pl-PL"/>
              </w:rPr>
            </w:pPr>
          </w:p>
        </w:tc>
        <w:tc>
          <w:tcPr>
            <w:tcW w:w="93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90F36A8" w14:textId="77777777" w:rsidR="00101151" w:rsidRPr="005C5485" w:rsidRDefault="00101151">
            <w:pPr>
              <w:spacing w:after="0" w:line="240" w:lineRule="auto"/>
              <w:rPr>
                <w:rFonts w:cs="Times New Roman"/>
                <w:szCs w:val="20"/>
                <w:lang w:val="pl-PL"/>
              </w:rPr>
            </w:pPr>
          </w:p>
        </w:tc>
        <w:tc>
          <w:tcPr>
            <w:tcW w:w="93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7B0A758" w14:textId="77777777" w:rsidR="00101151" w:rsidRPr="005C5485" w:rsidRDefault="00101151">
            <w:pPr>
              <w:spacing w:after="0" w:line="240" w:lineRule="auto"/>
              <w:rPr>
                <w:rFonts w:cs="Times New Roman"/>
                <w:szCs w:val="20"/>
                <w:lang w:val="pl-PL"/>
              </w:rPr>
            </w:pPr>
          </w:p>
        </w:tc>
        <w:tc>
          <w:tcPr>
            <w:tcW w:w="93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F10AC6A" w14:textId="77777777" w:rsidR="00101151" w:rsidRPr="005C5485" w:rsidRDefault="00101151">
            <w:pPr>
              <w:spacing w:after="0" w:line="240" w:lineRule="auto"/>
              <w:rPr>
                <w:rFonts w:cs="Times New Roman"/>
                <w:szCs w:val="20"/>
                <w:lang w:val="pl-PL"/>
              </w:rPr>
            </w:pPr>
          </w:p>
        </w:tc>
        <w:tc>
          <w:tcPr>
            <w:tcW w:w="216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DB3495A" w14:textId="77777777" w:rsidR="00101151" w:rsidRPr="005C5485" w:rsidRDefault="00101151">
            <w:pPr>
              <w:spacing w:after="0" w:line="240" w:lineRule="auto"/>
              <w:rPr>
                <w:rFonts w:cs="Times New Roman"/>
                <w:szCs w:val="20"/>
                <w:lang w:val="pl-PL"/>
              </w:rPr>
            </w:pPr>
          </w:p>
        </w:tc>
      </w:tr>
      <w:tr w:rsidR="00101151" w:rsidRPr="00CD7939" w14:paraId="2CD12AA8" w14:textId="77777777">
        <w:trPr>
          <w:cantSplit/>
          <w:jc w:val="center"/>
        </w:trPr>
        <w:tc>
          <w:tcPr>
            <w:tcW w:w="223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80224C0" w14:textId="77777777" w:rsidR="00101151" w:rsidRPr="005C5485" w:rsidRDefault="000D7078">
            <w:pPr>
              <w:spacing w:after="0" w:line="240" w:lineRule="auto"/>
              <w:rPr>
                <w:rFonts w:cs="Times New Roman"/>
                <w:szCs w:val="20"/>
                <w:lang w:val="pl-PL"/>
              </w:rPr>
            </w:pPr>
            <w:r w:rsidRPr="005C5485">
              <w:rPr>
                <w:rFonts w:cs="Times New Roman"/>
                <w:szCs w:val="20"/>
                <w:lang w:val="pl-PL"/>
              </w:rPr>
              <w:t>Otwarte spotkania edukacyjne</w:t>
            </w:r>
          </w:p>
        </w:tc>
        <w:tc>
          <w:tcPr>
            <w:tcW w:w="180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548AF04" w14:textId="06FF9E7E" w:rsidR="00101151" w:rsidRPr="005C5485" w:rsidRDefault="00101151">
            <w:pPr>
              <w:spacing w:after="0" w:line="240" w:lineRule="auto"/>
              <w:rPr>
                <w:rFonts w:cs="Times New Roman"/>
                <w:szCs w:val="20"/>
                <w:lang w:val="pl-PL"/>
              </w:rPr>
            </w:pPr>
          </w:p>
        </w:tc>
        <w:tc>
          <w:tcPr>
            <w:tcW w:w="93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06F216B" w14:textId="77777777" w:rsidR="00101151" w:rsidRPr="005C5485" w:rsidRDefault="00101151">
            <w:pPr>
              <w:spacing w:after="0" w:line="240" w:lineRule="auto"/>
              <w:rPr>
                <w:rFonts w:cs="Times New Roman"/>
                <w:szCs w:val="20"/>
                <w:lang w:val="pl-PL"/>
              </w:rPr>
            </w:pPr>
          </w:p>
        </w:tc>
        <w:tc>
          <w:tcPr>
            <w:tcW w:w="93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261CE1A" w14:textId="77777777" w:rsidR="00101151" w:rsidRPr="005C5485" w:rsidRDefault="00101151">
            <w:pPr>
              <w:spacing w:after="0" w:line="240" w:lineRule="auto"/>
              <w:rPr>
                <w:rFonts w:cs="Times New Roman"/>
                <w:szCs w:val="20"/>
                <w:lang w:val="pl-PL"/>
              </w:rPr>
            </w:pPr>
          </w:p>
        </w:tc>
        <w:tc>
          <w:tcPr>
            <w:tcW w:w="93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D2C992E" w14:textId="77777777" w:rsidR="00101151" w:rsidRPr="005C5485" w:rsidRDefault="00101151">
            <w:pPr>
              <w:spacing w:after="0" w:line="240" w:lineRule="auto"/>
              <w:rPr>
                <w:rFonts w:cs="Times New Roman"/>
                <w:szCs w:val="20"/>
                <w:lang w:val="pl-PL"/>
              </w:rPr>
            </w:pPr>
          </w:p>
        </w:tc>
        <w:tc>
          <w:tcPr>
            <w:tcW w:w="216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2FD5C77" w14:textId="77777777" w:rsidR="00101151" w:rsidRPr="005C5485" w:rsidRDefault="00101151">
            <w:pPr>
              <w:spacing w:after="0" w:line="240" w:lineRule="auto"/>
              <w:rPr>
                <w:rFonts w:cs="Times New Roman"/>
                <w:szCs w:val="20"/>
                <w:lang w:val="pl-PL"/>
              </w:rPr>
            </w:pPr>
          </w:p>
        </w:tc>
      </w:tr>
      <w:tr w:rsidR="00101151" w:rsidRPr="00CD7939" w14:paraId="7CCF4B41" w14:textId="77777777">
        <w:trPr>
          <w:cantSplit/>
          <w:jc w:val="center"/>
        </w:trPr>
        <w:tc>
          <w:tcPr>
            <w:tcW w:w="223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F5E384F" w14:textId="77777777" w:rsidR="00101151" w:rsidRPr="005C5485" w:rsidRDefault="000D7078">
            <w:pPr>
              <w:spacing w:after="0" w:line="240" w:lineRule="auto"/>
              <w:rPr>
                <w:rFonts w:cs="Times New Roman"/>
                <w:szCs w:val="20"/>
                <w:lang w:val="pl-PL"/>
              </w:rPr>
            </w:pPr>
            <w:r w:rsidRPr="005C5485">
              <w:rPr>
                <w:rFonts w:cs="Times New Roman"/>
                <w:szCs w:val="20"/>
                <w:lang w:val="pl-PL"/>
              </w:rPr>
              <w:t>Obsługa administracyjna</w:t>
            </w:r>
          </w:p>
        </w:tc>
        <w:tc>
          <w:tcPr>
            <w:tcW w:w="180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CA32145" w14:textId="176FED64" w:rsidR="00101151" w:rsidRPr="005C5485" w:rsidRDefault="00101151">
            <w:pPr>
              <w:spacing w:after="0" w:line="240" w:lineRule="auto"/>
              <w:rPr>
                <w:rFonts w:cs="Times New Roman"/>
                <w:szCs w:val="20"/>
                <w:lang w:val="pl-PL"/>
              </w:rPr>
            </w:pPr>
          </w:p>
        </w:tc>
        <w:tc>
          <w:tcPr>
            <w:tcW w:w="93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93FFD33" w14:textId="77777777" w:rsidR="00101151" w:rsidRPr="005C5485" w:rsidRDefault="00101151">
            <w:pPr>
              <w:spacing w:after="0" w:line="240" w:lineRule="auto"/>
              <w:rPr>
                <w:rFonts w:cs="Times New Roman"/>
                <w:szCs w:val="20"/>
                <w:lang w:val="pl-PL"/>
              </w:rPr>
            </w:pPr>
          </w:p>
        </w:tc>
        <w:tc>
          <w:tcPr>
            <w:tcW w:w="93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6E18304" w14:textId="77777777" w:rsidR="00101151" w:rsidRPr="005C5485" w:rsidRDefault="00101151">
            <w:pPr>
              <w:spacing w:after="0" w:line="240" w:lineRule="auto"/>
              <w:rPr>
                <w:rFonts w:cs="Times New Roman"/>
                <w:szCs w:val="20"/>
                <w:lang w:val="pl-PL"/>
              </w:rPr>
            </w:pPr>
          </w:p>
        </w:tc>
        <w:tc>
          <w:tcPr>
            <w:tcW w:w="93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46C031A" w14:textId="77777777" w:rsidR="00101151" w:rsidRPr="005C5485" w:rsidRDefault="00101151">
            <w:pPr>
              <w:spacing w:after="0" w:line="240" w:lineRule="auto"/>
              <w:rPr>
                <w:rFonts w:cs="Times New Roman"/>
                <w:szCs w:val="20"/>
                <w:lang w:val="pl-PL"/>
              </w:rPr>
            </w:pPr>
          </w:p>
        </w:tc>
        <w:tc>
          <w:tcPr>
            <w:tcW w:w="216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EBFBD55" w14:textId="77777777" w:rsidR="00101151" w:rsidRPr="005C5485" w:rsidRDefault="00101151">
            <w:pPr>
              <w:spacing w:after="0" w:line="240" w:lineRule="auto"/>
              <w:rPr>
                <w:rFonts w:cs="Times New Roman"/>
                <w:szCs w:val="20"/>
                <w:lang w:val="pl-PL"/>
              </w:rPr>
            </w:pPr>
          </w:p>
        </w:tc>
      </w:tr>
      <w:tr w:rsidR="00101151" w:rsidRPr="00CD7939" w14:paraId="070835A9" w14:textId="77777777">
        <w:trPr>
          <w:cantSplit/>
          <w:jc w:val="center"/>
        </w:trPr>
        <w:tc>
          <w:tcPr>
            <w:tcW w:w="223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786F39A" w14:textId="77777777" w:rsidR="00101151" w:rsidRPr="005C5485" w:rsidRDefault="000D7078">
            <w:pPr>
              <w:spacing w:after="0" w:line="240" w:lineRule="auto"/>
              <w:rPr>
                <w:rFonts w:cs="Times New Roman"/>
                <w:szCs w:val="20"/>
                <w:lang w:val="pl-PL"/>
              </w:rPr>
            </w:pPr>
            <w:r w:rsidRPr="005C5485">
              <w:rPr>
                <w:rFonts w:cs="Times New Roman"/>
                <w:szCs w:val="20"/>
                <w:lang w:val="pl-PL"/>
              </w:rPr>
              <w:t>Działania informacyjne i promocyjne</w:t>
            </w:r>
          </w:p>
        </w:tc>
        <w:tc>
          <w:tcPr>
            <w:tcW w:w="180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F3C1F81" w14:textId="3BF2CFD9" w:rsidR="00101151" w:rsidRPr="005C5485" w:rsidRDefault="00101151">
            <w:pPr>
              <w:spacing w:after="0" w:line="240" w:lineRule="auto"/>
              <w:rPr>
                <w:rFonts w:cs="Times New Roman"/>
                <w:szCs w:val="20"/>
                <w:lang w:val="pl-PL"/>
              </w:rPr>
            </w:pPr>
          </w:p>
        </w:tc>
        <w:tc>
          <w:tcPr>
            <w:tcW w:w="93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091796B" w14:textId="77777777" w:rsidR="00101151" w:rsidRPr="005C5485" w:rsidRDefault="00101151">
            <w:pPr>
              <w:spacing w:after="0" w:line="240" w:lineRule="auto"/>
              <w:rPr>
                <w:rFonts w:cs="Times New Roman"/>
                <w:szCs w:val="20"/>
                <w:lang w:val="pl-PL"/>
              </w:rPr>
            </w:pPr>
          </w:p>
        </w:tc>
        <w:tc>
          <w:tcPr>
            <w:tcW w:w="93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7EBEABD" w14:textId="77777777" w:rsidR="00101151" w:rsidRPr="005C5485" w:rsidRDefault="00101151">
            <w:pPr>
              <w:spacing w:after="0" w:line="240" w:lineRule="auto"/>
              <w:rPr>
                <w:rFonts w:cs="Times New Roman"/>
                <w:szCs w:val="20"/>
                <w:lang w:val="pl-PL"/>
              </w:rPr>
            </w:pPr>
          </w:p>
        </w:tc>
        <w:tc>
          <w:tcPr>
            <w:tcW w:w="93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09951F1" w14:textId="77777777" w:rsidR="00101151" w:rsidRPr="005C5485" w:rsidRDefault="00101151">
            <w:pPr>
              <w:spacing w:after="0" w:line="240" w:lineRule="auto"/>
              <w:rPr>
                <w:rFonts w:cs="Times New Roman"/>
                <w:szCs w:val="20"/>
                <w:lang w:val="pl-PL"/>
              </w:rPr>
            </w:pPr>
          </w:p>
        </w:tc>
        <w:tc>
          <w:tcPr>
            <w:tcW w:w="216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4E95901" w14:textId="77777777" w:rsidR="00101151" w:rsidRPr="005C5485" w:rsidRDefault="00101151">
            <w:pPr>
              <w:spacing w:after="0" w:line="240" w:lineRule="auto"/>
              <w:rPr>
                <w:rFonts w:cs="Times New Roman"/>
                <w:szCs w:val="20"/>
                <w:lang w:val="pl-PL"/>
              </w:rPr>
            </w:pPr>
          </w:p>
        </w:tc>
      </w:tr>
      <w:tr w:rsidR="00101151" w:rsidRPr="00CD7939" w14:paraId="7D25B5EA" w14:textId="77777777">
        <w:trPr>
          <w:cantSplit/>
          <w:jc w:val="center"/>
        </w:trPr>
        <w:tc>
          <w:tcPr>
            <w:tcW w:w="223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0FF5402" w14:textId="77777777" w:rsidR="00101151" w:rsidRPr="005C5485" w:rsidRDefault="000D7078">
            <w:pPr>
              <w:spacing w:after="0" w:line="240" w:lineRule="auto"/>
              <w:rPr>
                <w:rFonts w:cs="Times New Roman"/>
                <w:szCs w:val="20"/>
                <w:lang w:val="pl-PL"/>
              </w:rPr>
            </w:pPr>
            <w:r w:rsidRPr="005C5485">
              <w:rPr>
                <w:rFonts w:cs="Times New Roman"/>
                <w:szCs w:val="20"/>
                <w:lang w:val="pl-PL"/>
              </w:rPr>
              <w:t>Ubezpieczenia</w:t>
            </w:r>
          </w:p>
        </w:tc>
        <w:tc>
          <w:tcPr>
            <w:tcW w:w="180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E46B2BC" w14:textId="6D1C8C59" w:rsidR="00101151" w:rsidRPr="005C5485" w:rsidRDefault="00101151">
            <w:pPr>
              <w:spacing w:after="0" w:line="240" w:lineRule="auto"/>
              <w:rPr>
                <w:rFonts w:cs="Times New Roman"/>
                <w:szCs w:val="20"/>
                <w:lang w:val="pl-PL"/>
              </w:rPr>
            </w:pPr>
          </w:p>
        </w:tc>
        <w:tc>
          <w:tcPr>
            <w:tcW w:w="93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943A040" w14:textId="77777777" w:rsidR="00101151" w:rsidRPr="005C5485" w:rsidRDefault="00101151">
            <w:pPr>
              <w:spacing w:after="0" w:line="240" w:lineRule="auto"/>
              <w:rPr>
                <w:rFonts w:cs="Times New Roman"/>
                <w:szCs w:val="20"/>
                <w:lang w:val="pl-PL"/>
              </w:rPr>
            </w:pPr>
          </w:p>
        </w:tc>
        <w:tc>
          <w:tcPr>
            <w:tcW w:w="93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2679BCD" w14:textId="77777777" w:rsidR="00101151" w:rsidRPr="005C5485" w:rsidRDefault="00101151">
            <w:pPr>
              <w:spacing w:after="0" w:line="240" w:lineRule="auto"/>
              <w:rPr>
                <w:rFonts w:cs="Times New Roman"/>
                <w:szCs w:val="20"/>
                <w:lang w:val="pl-PL"/>
              </w:rPr>
            </w:pPr>
          </w:p>
        </w:tc>
        <w:tc>
          <w:tcPr>
            <w:tcW w:w="93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BD0FE8A" w14:textId="77777777" w:rsidR="00101151" w:rsidRPr="005C5485" w:rsidRDefault="00101151">
            <w:pPr>
              <w:spacing w:after="0" w:line="240" w:lineRule="auto"/>
              <w:rPr>
                <w:rFonts w:cs="Times New Roman"/>
                <w:szCs w:val="20"/>
                <w:lang w:val="pl-PL"/>
              </w:rPr>
            </w:pPr>
          </w:p>
        </w:tc>
        <w:tc>
          <w:tcPr>
            <w:tcW w:w="216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BC1995F" w14:textId="77777777" w:rsidR="00101151" w:rsidRPr="005C5485" w:rsidRDefault="00101151">
            <w:pPr>
              <w:spacing w:after="0" w:line="240" w:lineRule="auto"/>
              <w:rPr>
                <w:rFonts w:cs="Times New Roman"/>
                <w:szCs w:val="20"/>
                <w:lang w:val="pl-PL"/>
              </w:rPr>
            </w:pPr>
          </w:p>
        </w:tc>
      </w:tr>
      <w:tr w:rsidR="00101151" w:rsidRPr="00CD7939" w14:paraId="6336ECBE" w14:textId="77777777">
        <w:trPr>
          <w:cantSplit/>
          <w:jc w:val="center"/>
        </w:trPr>
        <w:tc>
          <w:tcPr>
            <w:tcW w:w="223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AC0BB22" w14:textId="77777777" w:rsidR="00101151" w:rsidRPr="005C5485" w:rsidRDefault="000D7078">
            <w:pPr>
              <w:spacing w:after="0" w:line="240" w:lineRule="auto"/>
              <w:rPr>
                <w:rFonts w:cs="Times New Roman"/>
                <w:szCs w:val="20"/>
                <w:lang w:val="pl-PL"/>
              </w:rPr>
            </w:pPr>
            <w:r w:rsidRPr="005C5485">
              <w:rPr>
                <w:rFonts w:cs="Times New Roman"/>
                <w:szCs w:val="20"/>
                <w:lang w:val="pl-PL"/>
              </w:rPr>
              <w:t>Monitoring i ewaluacja</w:t>
            </w:r>
          </w:p>
        </w:tc>
        <w:tc>
          <w:tcPr>
            <w:tcW w:w="180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ED7DB32" w14:textId="7B412E56" w:rsidR="00101151" w:rsidRPr="005C5485" w:rsidRDefault="00101151">
            <w:pPr>
              <w:spacing w:after="0" w:line="240" w:lineRule="auto"/>
              <w:rPr>
                <w:rFonts w:cs="Times New Roman"/>
                <w:szCs w:val="20"/>
                <w:lang w:val="pl-PL"/>
              </w:rPr>
            </w:pPr>
          </w:p>
        </w:tc>
        <w:tc>
          <w:tcPr>
            <w:tcW w:w="93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A00F0D1" w14:textId="77777777" w:rsidR="00101151" w:rsidRPr="005C5485" w:rsidRDefault="00101151">
            <w:pPr>
              <w:spacing w:after="0" w:line="240" w:lineRule="auto"/>
              <w:rPr>
                <w:rFonts w:cs="Times New Roman"/>
                <w:szCs w:val="20"/>
                <w:lang w:val="pl-PL"/>
              </w:rPr>
            </w:pPr>
          </w:p>
        </w:tc>
        <w:tc>
          <w:tcPr>
            <w:tcW w:w="93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1237219" w14:textId="77777777" w:rsidR="00101151" w:rsidRPr="005C5485" w:rsidRDefault="00101151">
            <w:pPr>
              <w:spacing w:after="0" w:line="240" w:lineRule="auto"/>
              <w:rPr>
                <w:rFonts w:cs="Times New Roman"/>
                <w:szCs w:val="20"/>
                <w:lang w:val="pl-PL"/>
              </w:rPr>
            </w:pPr>
          </w:p>
        </w:tc>
        <w:tc>
          <w:tcPr>
            <w:tcW w:w="93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7DCD96A" w14:textId="77777777" w:rsidR="00101151" w:rsidRPr="005C5485" w:rsidRDefault="00101151">
            <w:pPr>
              <w:spacing w:after="0" w:line="240" w:lineRule="auto"/>
              <w:rPr>
                <w:rFonts w:cs="Times New Roman"/>
                <w:szCs w:val="20"/>
                <w:lang w:val="pl-PL"/>
              </w:rPr>
            </w:pPr>
          </w:p>
        </w:tc>
        <w:tc>
          <w:tcPr>
            <w:tcW w:w="216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E8D710E" w14:textId="77777777" w:rsidR="00101151" w:rsidRPr="005C5485" w:rsidRDefault="00101151">
            <w:pPr>
              <w:spacing w:after="0" w:line="240" w:lineRule="auto"/>
              <w:rPr>
                <w:rFonts w:cs="Times New Roman"/>
                <w:szCs w:val="20"/>
                <w:lang w:val="pl-PL"/>
              </w:rPr>
            </w:pPr>
          </w:p>
        </w:tc>
      </w:tr>
      <w:tr w:rsidR="00101151" w:rsidRPr="00CD7939" w14:paraId="4086CC6C" w14:textId="77777777">
        <w:trPr>
          <w:cantSplit/>
          <w:jc w:val="center"/>
        </w:trPr>
        <w:tc>
          <w:tcPr>
            <w:tcW w:w="223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D2519E0" w14:textId="77777777" w:rsidR="00101151" w:rsidRPr="005C5485" w:rsidRDefault="000D7078">
            <w:pPr>
              <w:spacing w:after="0" w:line="240" w:lineRule="auto"/>
              <w:rPr>
                <w:rFonts w:cs="Times New Roman"/>
                <w:szCs w:val="20"/>
                <w:lang w:val="pl-PL"/>
              </w:rPr>
            </w:pPr>
            <w:r w:rsidRPr="005C5485">
              <w:rPr>
                <w:rFonts w:cs="Times New Roman"/>
                <w:szCs w:val="20"/>
                <w:lang w:val="pl-PL"/>
              </w:rPr>
              <w:t>Sprawozdawczość i zarządzanie</w:t>
            </w:r>
          </w:p>
        </w:tc>
        <w:tc>
          <w:tcPr>
            <w:tcW w:w="180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35E92F3" w14:textId="0E9B8AC3" w:rsidR="00101151" w:rsidRPr="005C5485" w:rsidRDefault="00101151">
            <w:pPr>
              <w:spacing w:after="0" w:line="240" w:lineRule="auto"/>
              <w:rPr>
                <w:rFonts w:cs="Times New Roman"/>
                <w:szCs w:val="20"/>
                <w:lang w:val="pl-PL"/>
              </w:rPr>
            </w:pPr>
          </w:p>
        </w:tc>
        <w:tc>
          <w:tcPr>
            <w:tcW w:w="93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E382F51" w14:textId="77777777" w:rsidR="00101151" w:rsidRPr="005C5485" w:rsidRDefault="00101151">
            <w:pPr>
              <w:spacing w:after="0" w:line="240" w:lineRule="auto"/>
              <w:rPr>
                <w:rFonts w:cs="Times New Roman"/>
                <w:szCs w:val="20"/>
                <w:lang w:val="pl-PL"/>
              </w:rPr>
            </w:pPr>
          </w:p>
        </w:tc>
        <w:tc>
          <w:tcPr>
            <w:tcW w:w="93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C7C3BB9" w14:textId="77777777" w:rsidR="00101151" w:rsidRPr="005C5485" w:rsidRDefault="00101151">
            <w:pPr>
              <w:spacing w:after="0" w:line="240" w:lineRule="auto"/>
              <w:rPr>
                <w:rFonts w:cs="Times New Roman"/>
                <w:szCs w:val="20"/>
                <w:lang w:val="pl-PL"/>
              </w:rPr>
            </w:pPr>
          </w:p>
        </w:tc>
        <w:tc>
          <w:tcPr>
            <w:tcW w:w="93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50C0771" w14:textId="77777777" w:rsidR="00101151" w:rsidRPr="005C5485" w:rsidRDefault="00101151">
            <w:pPr>
              <w:spacing w:after="0" w:line="240" w:lineRule="auto"/>
              <w:rPr>
                <w:rFonts w:cs="Times New Roman"/>
                <w:szCs w:val="20"/>
                <w:lang w:val="pl-PL"/>
              </w:rPr>
            </w:pPr>
          </w:p>
        </w:tc>
        <w:tc>
          <w:tcPr>
            <w:tcW w:w="216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9864EB8" w14:textId="77777777" w:rsidR="00101151" w:rsidRPr="005C5485" w:rsidRDefault="00101151">
            <w:pPr>
              <w:spacing w:after="0" w:line="240" w:lineRule="auto"/>
              <w:rPr>
                <w:rFonts w:cs="Times New Roman"/>
                <w:szCs w:val="20"/>
                <w:lang w:val="pl-PL"/>
              </w:rPr>
            </w:pPr>
          </w:p>
        </w:tc>
      </w:tr>
      <w:tr w:rsidR="00101151" w:rsidRPr="00CD7939" w14:paraId="3787F6C4" w14:textId="77777777">
        <w:trPr>
          <w:cantSplit/>
          <w:jc w:val="center"/>
        </w:trPr>
        <w:tc>
          <w:tcPr>
            <w:tcW w:w="223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E5D3470" w14:textId="77777777" w:rsidR="00101151" w:rsidRPr="005C5485" w:rsidRDefault="000D7078">
            <w:pPr>
              <w:spacing w:after="0" w:line="240" w:lineRule="auto"/>
              <w:rPr>
                <w:rFonts w:cs="Times New Roman"/>
                <w:szCs w:val="20"/>
                <w:lang w:val="pl-PL"/>
              </w:rPr>
            </w:pPr>
            <w:r w:rsidRPr="005C5485">
              <w:rPr>
                <w:rFonts w:cs="Times New Roman"/>
                <w:szCs w:val="20"/>
                <w:lang w:val="pl-PL"/>
              </w:rPr>
              <w:t>Inny uzasadniony koszt</w:t>
            </w:r>
          </w:p>
        </w:tc>
        <w:tc>
          <w:tcPr>
            <w:tcW w:w="180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8B16110" w14:textId="77777777" w:rsidR="00101151" w:rsidRPr="005C5485" w:rsidRDefault="00101151">
            <w:pPr>
              <w:spacing w:after="0" w:line="240" w:lineRule="auto"/>
              <w:rPr>
                <w:rFonts w:cs="Times New Roman"/>
                <w:szCs w:val="20"/>
                <w:lang w:val="pl-PL"/>
              </w:rPr>
            </w:pPr>
          </w:p>
        </w:tc>
        <w:tc>
          <w:tcPr>
            <w:tcW w:w="93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7E57B61" w14:textId="77777777" w:rsidR="00101151" w:rsidRPr="005C5485" w:rsidRDefault="00101151">
            <w:pPr>
              <w:spacing w:after="0" w:line="240" w:lineRule="auto"/>
              <w:rPr>
                <w:rFonts w:cs="Times New Roman"/>
                <w:szCs w:val="20"/>
                <w:lang w:val="pl-PL"/>
              </w:rPr>
            </w:pPr>
          </w:p>
        </w:tc>
        <w:tc>
          <w:tcPr>
            <w:tcW w:w="93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9BB0689" w14:textId="77777777" w:rsidR="00101151" w:rsidRPr="005C5485" w:rsidRDefault="00101151">
            <w:pPr>
              <w:spacing w:after="0" w:line="240" w:lineRule="auto"/>
              <w:rPr>
                <w:rFonts w:cs="Times New Roman"/>
                <w:szCs w:val="20"/>
                <w:lang w:val="pl-PL"/>
              </w:rPr>
            </w:pPr>
          </w:p>
        </w:tc>
        <w:tc>
          <w:tcPr>
            <w:tcW w:w="93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6F6AEDB" w14:textId="77777777" w:rsidR="00101151" w:rsidRPr="005C5485" w:rsidRDefault="00101151">
            <w:pPr>
              <w:spacing w:after="0" w:line="240" w:lineRule="auto"/>
              <w:rPr>
                <w:rFonts w:cs="Times New Roman"/>
                <w:szCs w:val="20"/>
                <w:lang w:val="pl-PL"/>
              </w:rPr>
            </w:pPr>
          </w:p>
        </w:tc>
        <w:tc>
          <w:tcPr>
            <w:tcW w:w="216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09ECF6B" w14:textId="77777777" w:rsidR="00101151" w:rsidRPr="005C5485" w:rsidRDefault="00101151">
            <w:pPr>
              <w:spacing w:after="0" w:line="240" w:lineRule="auto"/>
              <w:rPr>
                <w:rFonts w:cs="Times New Roman"/>
                <w:szCs w:val="20"/>
                <w:lang w:val="pl-PL"/>
              </w:rPr>
            </w:pPr>
          </w:p>
        </w:tc>
      </w:tr>
    </w:tbl>
    <w:p w14:paraId="76128E33" w14:textId="77777777" w:rsidR="00101151" w:rsidRPr="00CD7939" w:rsidRDefault="00101151">
      <w:pPr>
        <w:rPr>
          <w:lang w:val="pl-PL"/>
        </w:rPr>
      </w:pPr>
    </w:p>
    <w:p w14:paraId="40E621EE" w14:textId="77777777" w:rsidR="00101151" w:rsidRPr="00CD7939" w:rsidRDefault="000D7078" w:rsidP="00CD7939">
      <w:pPr>
        <w:jc w:val="both"/>
        <w:rPr>
          <w:sz w:val="22"/>
          <w:lang w:val="pl-PL"/>
        </w:rPr>
      </w:pPr>
      <w:r w:rsidRPr="00CD7939">
        <w:rPr>
          <w:sz w:val="22"/>
          <w:lang w:val="pl-PL"/>
        </w:rPr>
        <w:t>Kalkulacja szczegółowa musi być zgodna z trzema składnikami wynagrodzenia wskazanymi wyżej. Nie stanowi podstawy dodatkowej zapłaty. Ten sam koszt nie może zostać ujęty w więcej niż jednym składniku.</w:t>
      </w:r>
    </w:p>
    <w:p w14:paraId="57B07469" w14:textId="77777777" w:rsidR="00101151" w:rsidRPr="00CD7939" w:rsidRDefault="000D7078">
      <w:pPr>
        <w:rPr>
          <w:sz w:val="22"/>
          <w:lang w:val="pl-PL"/>
        </w:rPr>
      </w:pPr>
      <w:r w:rsidRPr="00CD7939">
        <w:rPr>
          <w:sz w:val="22"/>
          <w:lang w:val="pl-PL"/>
        </w:rPr>
        <w:t>Opis i uzasadnienie odstępstw od wartości orientacyjnych Programu:</w:t>
      </w:r>
    </w:p>
    <w:p w14:paraId="276ECEE4" w14:textId="361041E2" w:rsidR="00101151" w:rsidRPr="00CD7939" w:rsidRDefault="000D7078">
      <w:pPr>
        <w:spacing w:after="20"/>
        <w:rPr>
          <w:sz w:val="22"/>
          <w:lang w:val="pl-PL"/>
        </w:rPr>
      </w:pPr>
      <w:r w:rsidRPr="00CD7939">
        <w:rPr>
          <w:sz w:val="22"/>
          <w:lang w:val="pl-PL"/>
        </w:rPr>
        <w:t>………………………………</w:t>
      </w:r>
      <w:r w:rsidR="00CD7939">
        <w:rPr>
          <w:sz w:val="22"/>
          <w:lang w:val="pl-PL"/>
        </w:rPr>
        <w:t>…………………………………………………………………………………</w:t>
      </w:r>
    </w:p>
    <w:p w14:paraId="6103C623" w14:textId="4EE5941E" w:rsidR="00101151" w:rsidRPr="00CD7939" w:rsidRDefault="000D7078">
      <w:pPr>
        <w:spacing w:after="20"/>
        <w:rPr>
          <w:sz w:val="22"/>
          <w:lang w:val="pl-PL"/>
        </w:rPr>
      </w:pPr>
      <w:r w:rsidRPr="00CD7939">
        <w:rPr>
          <w:sz w:val="22"/>
          <w:lang w:val="pl-PL"/>
        </w:rPr>
        <w:t>…………………………………………</w:t>
      </w:r>
      <w:r w:rsidR="00CD7939">
        <w:rPr>
          <w:sz w:val="22"/>
          <w:lang w:val="pl-PL"/>
        </w:rPr>
        <w:t>………………………………………………………………………</w:t>
      </w:r>
    </w:p>
    <w:p w14:paraId="68D5073A" w14:textId="2D43ED2F" w:rsidR="00101151" w:rsidRPr="00CD7939" w:rsidRDefault="000D7078">
      <w:pPr>
        <w:spacing w:after="20"/>
        <w:rPr>
          <w:sz w:val="22"/>
          <w:lang w:val="pl-PL"/>
        </w:rPr>
      </w:pPr>
      <w:r w:rsidRPr="00CD7939">
        <w:rPr>
          <w:sz w:val="22"/>
          <w:lang w:val="pl-PL"/>
        </w:rPr>
        <w:t>…………………………………………</w:t>
      </w:r>
      <w:r w:rsidR="00CD7939">
        <w:rPr>
          <w:sz w:val="22"/>
          <w:lang w:val="pl-PL"/>
        </w:rPr>
        <w:t>………………………………………………………………………</w:t>
      </w:r>
    </w:p>
    <w:p w14:paraId="423EB537" w14:textId="77777777" w:rsidR="00880AE2" w:rsidRDefault="000D7078" w:rsidP="00880AE2">
      <w:pPr>
        <w:rPr>
          <w:sz w:val="22"/>
          <w:lang w:val="pl-PL"/>
        </w:rPr>
      </w:pPr>
      <w:r w:rsidRPr="00CD7939">
        <w:rPr>
          <w:sz w:val="22"/>
          <w:lang w:val="pl-PL"/>
        </w:rPr>
        <w:t>Status VAT: □ podatnik VAT   □ zwolniony   □ inne: …………………………………</w:t>
      </w:r>
    </w:p>
    <w:p w14:paraId="6C08CE60" w14:textId="77777777" w:rsidR="00880AE2" w:rsidRDefault="00880AE2" w:rsidP="00880AE2">
      <w:pPr>
        <w:rPr>
          <w:sz w:val="22"/>
          <w:lang w:val="pl-PL"/>
        </w:rPr>
      </w:pPr>
    </w:p>
    <w:p w14:paraId="75594161" w14:textId="7F462D24" w:rsidR="00101151" w:rsidRPr="00880AE2" w:rsidRDefault="000D7078" w:rsidP="00880AE2">
      <w:pPr>
        <w:rPr>
          <w:rFonts w:cs="Times New Roman"/>
          <w:b/>
          <w:bCs/>
          <w:color w:val="000000" w:themeColor="text1"/>
          <w:sz w:val="22"/>
          <w:lang w:val="pl-PL"/>
        </w:rPr>
      </w:pPr>
      <w:r w:rsidRPr="00880AE2">
        <w:rPr>
          <w:rFonts w:cs="Times New Roman"/>
          <w:b/>
          <w:bCs/>
          <w:color w:val="000000" w:themeColor="text1"/>
          <w:sz w:val="22"/>
          <w:lang w:val="pl-PL"/>
        </w:rPr>
        <w:t>VII. Harmonogram</w:t>
      </w:r>
    </w:p>
    <w:tbl>
      <w:tblPr>
        <w:tblStyle w:val="Tabela-Siatka"/>
        <w:tblW w:w="9000" w:type="dxa"/>
        <w:jc w:val="center"/>
        <w:tblLayout w:type="fixed"/>
        <w:tblLook w:val="04A0" w:firstRow="1" w:lastRow="0" w:firstColumn="1" w:lastColumn="0" w:noHBand="0" w:noVBand="1"/>
      </w:tblPr>
      <w:tblGrid>
        <w:gridCol w:w="1656"/>
        <w:gridCol w:w="3024"/>
        <w:gridCol w:w="4320"/>
      </w:tblGrid>
      <w:tr w:rsidR="00101151" w:rsidRPr="00CD7939" w14:paraId="4FBE1743" w14:textId="77777777" w:rsidTr="00865A31">
        <w:trPr>
          <w:cantSplit/>
          <w:tblHeader/>
          <w:jc w:val="center"/>
        </w:trPr>
        <w:tc>
          <w:tcPr>
            <w:tcW w:w="1656" w:type="dxa"/>
            <w:shd w:val="clear" w:color="auto" w:fill="D9D9D9" w:themeFill="background1" w:themeFillShade="D9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C2E1E32" w14:textId="77777777" w:rsidR="00101151" w:rsidRPr="005C5485" w:rsidRDefault="000D7078">
            <w:pPr>
              <w:spacing w:after="0" w:line="240" w:lineRule="auto"/>
              <w:rPr>
                <w:szCs w:val="28"/>
                <w:lang w:val="pl-PL"/>
              </w:rPr>
            </w:pPr>
            <w:r w:rsidRPr="005C5485">
              <w:rPr>
                <w:b/>
                <w:szCs w:val="28"/>
                <w:lang w:val="pl-PL"/>
              </w:rPr>
              <w:t>Okres</w:t>
            </w:r>
          </w:p>
        </w:tc>
        <w:tc>
          <w:tcPr>
            <w:tcW w:w="3024" w:type="dxa"/>
            <w:shd w:val="clear" w:color="auto" w:fill="D9D9D9" w:themeFill="background1" w:themeFillShade="D9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0495D07" w14:textId="77777777" w:rsidR="00101151" w:rsidRPr="005C5485" w:rsidRDefault="000D7078">
            <w:pPr>
              <w:spacing w:after="0" w:line="240" w:lineRule="auto"/>
              <w:rPr>
                <w:szCs w:val="28"/>
                <w:lang w:val="pl-PL"/>
              </w:rPr>
            </w:pPr>
            <w:r w:rsidRPr="005C5485">
              <w:rPr>
                <w:b/>
                <w:szCs w:val="28"/>
                <w:lang w:val="pl-PL"/>
              </w:rPr>
              <w:t>Termin ramowy</w:t>
            </w:r>
          </w:p>
        </w:tc>
        <w:tc>
          <w:tcPr>
            <w:tcW w:w="4320" w:type="dxa"/>
            <w:shd w:val="clear" w:color="auto" w:fill="D9D9D9" w:themeFill="background1" w:themeFillShade="D9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9828891" w14:textId="77777777" w:rsidR="00101151" w:rsidRPr="005C5485" w:rsidRDefault="000D7078">
            <w:pPr>
              <w:spacing w:after="0" w:line="240" w:lineRule="auto"/>
              <w:rPr>
                <w:szCs w:val="28"/>
                <w:lang w:val="pl-PL"/>
              </w:rPr>
            </w:pPr>
            <w:r w:rsidRPr="005C5485">
              <w:rPr>
                <w:b/>
                <w:szCs w:val="28"/>
                <w:lang w:val="pl-PL"/>
              </w:rPr>
              <w:t>Kamienie milowe / opis</w:t>
            </w:r>
          </w:p>
        </w:tc>
      </w:tr>
      <w:tr w:rsidR="00101151" w:rsidRPr="00CD7939" w14:paraId="1BD4E946" w14:textId="77777777">
        <w:trPr>
          <w:cantSplit/>
          <w:jc w:val="center"/>
        </w:trPr>
        <w:tc>
          <w:tcPr>
            <w:tcW w:w="165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A8F5775" w14:textId="77777777" w:rsidR="00101151" w:rsidRPr="005C5485" w:rsidRDefault="000D7078">
            <w:pPr>
              <w:spacing w:after="0" w:line="240" w:lineRule="auto"/>
              <w:rPr>
                <w:szCs w:val="28"/>
                <w:lang w:val="pl-PL"/>
              </w:rPr>
            </w:pPr>
            <w:r w:rsidRPr="005C5485">
              <w:rPr>
                <w:szCs w:val="28"/>
                <w:lang w:val="pl-PL"/>
              </w:rPr>
              <w:t>2026</w:t>
            </w:r>
          </w:p>
        </w:tc>
        <w:tc>
          <w:tcPr>
            <w:tcW w:w="302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81AEF7A" w14:textId="77777777" w:rsidR="00101151" w:rsidRPr="005C5485" w:rsidRDefault="000D7078">
            <w:pPr>
              <w:spacing w:after="0" w:line="240" w:lineRule="auto"/>
              <w:rPr>
                <w:szCs w:val="28"/>
                <w:lang w:val="pl-PL"/>
              </w:rPr>
            </w:pPr>
            <w:r w:rsidRPr="005C5485">
              <w:rPr>
                <w:szCs w:val="28"/>
                <w:lang w:val="pl-PL"/>
              </w:rPr>
              <w:t>od zawarcia umowy – 5.12.2026</w:t>
            </w:r>
          </w:p>
        </w:tc>
        <w:tc>
          <w:tcPr>
            <w:tcW w:w="432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C622291" w14:textId="77777777" w:rsidR="00101151" w:rsidRPr="005C5485" w:rsidRDefault="00101151">
            <w:pPr>
              <w:spacing w:after="0" w:line="240" w:lineRule="auto"/>
              <w:rPr>
                <w:szCs w:val="28"/>
                <w:lang w:val="pl-PL"/>
              </w:rPr>
            </w:pPr>
          </w:p>
        </w:tc>
      </w:tr>
      <w:tr w:rsidR="00101151" w:rsidRPr="00CD7939" w14:paraId="27A740A3" w14:textId="77777777">
        <w:trPr>
          <w:cantSplit/>
          <w:jc w:val="center"/>
        </w:trPr>
        <w:tc>
          <w:tcPr>
            <w:tcW w:w="165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205D8AD" w14:textId="77777777" w:rsidR="00101151" w:rsidRPr="005C5485" w:rsidRDefault="000D7078">
            <w:pPr>
              <w:spacing w:after="0" w:line="240" w:lineRule="auto"/>
              <w:rPr>
                <w:szCs w:val="28"/>
                <w:lang w:val="pl-PL"/>
              </w:rPr>
            </w:pPr>
            <w:r w:rsidRPr="005C5485">
              <w:rPr>
                <w:szCs w:val="28"/>
                <w:lang w:val="pl-PL"/>
              </w:rPr>
              <w:t>2027</w:t>
            </w:r>
          </w:p>
        </w:tc>
        <w:tc>
          <w:tcPr>
            <w:tcW w:w="302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556522B" w14:textId="77777777" w:rsidR="00101151" w:rsidRPr="005C5485" w:rsidRDefault="000D7078">
            <w:pPr>
              <w:spacing w:after="0" w:line="240" w:lineRule="auto"/>
              <w:rPr>
                <w:szCs w:val="28"/>
                <w:lang w:val="pl-PL"/>
              </w:rPr>
            </w:pPr>
            <w:r w:rsidRPr="005C5485">
              <w:rPr>
                <w:szCs w:val="28"/>
                <w:lang w:val="pl-PL"/>
              </w:rPr>
              <w:t>1.01.2027 – 5.12.2027</w:t>
            </w:r>
          </w:p>
        </w:tc>
        <w:tc>
          <w:tcPr>
            <w:tcW w:w="432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B9B15FD" w14:textId="77777777" w:rsidR="00101151" w:rsidRPr="005C5485" w:rsidRDefault="00101151">
            <w:pPr>
              <w:spacing w:after="0" w:line="240" w:lineRule="auto"/>
              <w:rPr>
                <w:szCs w:val="28"/>
                <w:lang w:val="pl-PL"/>
              </w:rPr>
            </w:pPr>
          </w:p>
        </w:tc>
      </w:tr>
      <w:tr w:rsidR="00101151" w:rsidRPr="00CD7939" w14:paraId="56B14F97" w14:textId="77777777">
        <w:trPr>
          <w:cantSplit/>
          <w:jc w:val="center"/>
        </w:trPr>
        <w:tc>
          <w:tcPr>
            <w:tcW w:w="165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66769C2" w14:textId="77777777" w:rsidR="00101151" w:rsidRPr="005C5485" w:rsidRDefault="000D7078">
            <w:pPr>
              <w:spacing w:after="0" w:line="240" w:lineRule="auto"/>
              <w:rPr>
                <w:szCs w:val="28"/>
                <w:lang w:val="pl-PL"/>
              </w:rPr>
            </w:pPr>
            <w:r w:rsidRPr="005C5485">
              <w:rPr>
                <w:szCs w:val="28"/>
                <w:lang w:val="pl-PL"/>
              </w:rPr>
              <w:t>2028</w:t>
            </w:r>
          </w:p>
        </w:tc>
        <w:tc>
          <w:tcPr>
            <w:tcW w:w="302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8510853" w14:textId="77777777" w:rsidR="00101151" w:rsidRPr="005C5485" w:rsidRDefault="000D7078">
            <w:pPr>
              <w:spacing w:after="0" w:line="240" w:lineRule="auto"/>
              <w:rPr>
                <w:szCs w:val="28"/>
                <w:lang w:val="pl-PL"/>
              </w:rPr>
            </w:pPr>
            <w:r w:rsidRPr="005C5485">
              <w:rPr>
                <w:szCs w:val="28"/>
                <w:lang w:val="pl-PL"/>
              </w:rPr>
              <w:t>1.01.2028 – 5.12.2028</w:t>
            </w:r>
          </w:p>
        </w:tc>
        <w:tc>
          <w:tcPr>
            <w:tcW w:w="432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7B9319E" w14:textId="77777777" w:rsidR="00101151" w:rsidRPr="005C5485" w:rsidRDefault="00101151">
            <w:pPr>
              <w:spacing w:after="0" w:line="240" w:lineRule="auto"/>
              <w:rPr>
                <w:szCs w:val="28"/>
                <w:lang w:val="pl-PL"/>
              </w:rPr>
            </w:pPr>
          </w:p>
        </w:tc>
      </w:tr>
      <w:tr w:rsidR="00101151" w:rsidRPr="00CD7939" w14:paraId="032D567F" w14:textId="77777777">
        <w:trPr>
          <w:cantSplit/>
          <w:jc w:val="center"/>
        </w:trPr>
        <w:tc>
          <w:tcPr>
            <w:tcW w:w="165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B4741D9" w14:textId="77777777" w:rsidR="00101151" w:rsidRPr="005C5485" w:rsidRDefault="000D7078">
            <w:pPr>
              <w:spacing w:after="0" w:line="240" w:lineRule="auto"/>
              <w:rPr>
                <w:szCs w:val="28"/>
                <w:lang w:val="pl-PL"/>
              </w:rPr>
            </w:pPr>
            <w:r w:rsidRPr="005C5485">
              <w:rPr>
                <w:szCs w:val="28"/>
                <w:lang w:val="pl-PL"/>
              </w:rPr>
              <w:t>Raport końcowy</w:t>
            </w:r>
          </w:p>
        </w:tc>
        <w:tc>
          <w:tcPr>
            <w:tcW w:w="302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7B6148D" w14:textId="22324804" w:rsidR="00101151" w:rsidRPr="005C5485" w:rsidRDefault="00B1009A">
            <w:pPr>
              <w:spacing w:after="0" w:line="240" w:lineRule="auto"/>
              <w:rPr>
                <w:szCs w:val="28"/>
                <w:lang w:val="pl-PL"/>
              </w:rPr>
            </w:pPr>
            <w:r w:rsidRPr="005C5485">
              <w:rPr>
                <w:szCs w:val="28"/>
                <w:lang w:val="pl-PL"/>
              </w:rPr>
              <w:t>do 15.12.2028</w:t>
            </w:r>
          </w:p>
        </w:tc>
        <w:tc>
          <w:tcPr>
            <w:tcW w:w="432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F3F1C4C" w14:textId="77777777" w:rsidR="00101151" w:rsidRPr="005C5485" w:rsidRDefault="00101151">
            <w:pPr>
              <w:spacing w:after="0" w:line="240" w:lineRule="auto"/>
              <w:rPr>
                <w:szCs w:val="28"/>
                <w:lang w:val="pl-PL"/>
              </w:rPr>
            </w:pPr>
          </w:p>
        </w:tc>
      </w:tr>
    </w:tbl>
    <w:p w14:paraId="7D5BF32A" w14:textId="77777777" w:rsidR="00101151" w:rsidRPr="00CD7939" w:rsidRDefault="00101151">
      <w:pPr>
        <w:rPr>
          <w:lang w:val="pl-PL"/>
        </w:rPr>
      </w:pPr>
    </w:p>
    <w:p w14:paraId="4B8C98D5" w14:textId="061042BA" w:rsidR="00101151" w:rsidRPr="00CD7939" w:rsidRDefault="005E7AF2">
      <w:pPr>
        <w:pStyle w:val="Nagwek1"/>
        <w:rPr>
          <w:rFonts w:ascii="Times New Roman" w:hAnsi="Times New Roman" w:cs="Times New Roman"/>
          <w:color w:val="000000" w:themeColor="text1"/>
          <w:sz w:val="22"/>
          <w:szCs w:val="22"/>
          <w:lang w:val="pl-PL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  <w:lang w:val="pl-PL"/>
        </w:rPr>
        <w:t>VIII</w:t>
      </w:r>
      <w:r w:rsidR="000D7078" w:rsidRPr="00CD7939">
        <w:rPr>
          <w:rFonts w:ascii="Times New Roman" w:hAnsi="Times New Roman" w:cs="Times New Roman"/>
          <w:color w:val="000000" w:themeColor="text1"/>
          <w:sz w:val="22"/>
          <w:szCs w:val="22"/>
          <w:lang w:val="pl-PL"/>
        </w:rPr>
        <w:t>. Oświadczenia Oferenta</w:t>
      </w:r>
    </w:p>
    <w:tbl>
      <w:tblPr>
        <w:tblStyle w:val="Tabela-Siatka"/>
        <w:tblW w:w="9000" w:type="dxa"/>
        <w:jc w:val="center"/>
        <w:tblLayout w:type="fixed"/>
        <w:tblLook w:val="04A0" w:firstRow="1" w:lastRow="0" w:firstColumn="1" w:lastColumn="0" w:noHBand="0" w:noVBand="1"/>
      </w:tblPr>
      <w:tblGrid>
        <w:gridCol w:w="815"/>
        <w:gridCol w:w="8185"/>
      </w:tblGrid>
      <w:tr w:rsidR="00101151" w:rsidRPr="00CD7939" w14:paraId="26A84F9E" w14:textId="77777777" w:rsidTr="00865A31">
        <w:trPr>
          <w:cantSplit/>
          <w:tblHeader/>
          <w:jc w:val="center"/>
        </w:trPr>
        <w:tc>
          <w:tcPr>
            <w:tcW w:w="815" w:type="dxa"/>
            <w:shd w:val="clear" w:color="auto" w:fill="D9D9D9" w:themeFill="background1" w:themeFillShade="D9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BCFF69F" w14:textId="77777777" w:rsidR="00101151" w:rsidRPr="005C5485" w:rsidRDefault="000D7078">
            <w:pPr>
              <w:spacing w:after="0" w:line="240" w:lineRule="auto"/>
              <w:rPr>
                <w:szCs w:val="20"/>
                <w:lang w:val="pl-PL"/>
              </w:rPr>
            </w:pPr>
            <w:r w:rsidRPr="005C5485">
              <w:rPr>
                <w:b/>
                <w:szCs w:val="20"/>
                <w:lang w:val="pl-PL"/>
              </w:rPr>
              <w:t>Wybór</w:t>
            </w:r>
          </w:p>
        </w:tc>
        <w:tc>
          <w:tcPr>
            <w:tcW w:w="8185" w:type="dxa"/>
            <w:shd w:val="clear" w:color="auto" w:fill="D9D9D9" w:themeFill="background1" w:themeFillShade="D9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4352A66" w14:textId="77777777" w:rsidR="00101151" w:rsidRPr="005C5485" w:rsidRDefault="000D7078">
            <w:pPr>
              <w:spacing w:after="0" w:line="240" w:lineRule="auto"/>
              <w:rPr>
                <w:szCs w:val="20"/>
                <w:lang w:val="pl-PL"/>
              </w:rPr>
            </w:pPr>
            <w:r w:rsidRPr="005C5485">
              <w:rPr>
                <w:b/>
                <w:szCs w:val="20"/>
                <w:lang w:val="pl-PL"/>
              </w:rPr>
              <w:t>Oświadczenie</w:t>
            </w:r>
          </w:p>
        </w:tc>
      </w:tr>
      <w:tr w:rsidR="00101151" w:rsidRPr="00CD7939" w14:paraId="6260227C" w14:textId="77777777" w:rsidTr="00917211">
        <w:trPr>
          <w:cantSplit/>
          <w:jc w:val="center"/>
        </w:trPr>
        <w:tc>
          <w:tcPr>
            <w:tcW w:w="815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2031B98" w14:textId="77777777" w:rsidR="00101151" w:rsidRPr="005C5485" w:rsidRDefault="000D7078" w:rsidP="00CF0820">
            <w:pPr>
              <w:spacing w:after="0" w:line="240" w:lineRule="auto"/>
              <w:jc w:val="center"/>
              <w:rPr>
                <w:szCs w:val="20"/>
                <w:lang w:val="pl-PL"/>
              </w:rPr>
            </w:pPr>
            <w:r w:rsidRPr="005C5485">
              <w:rPr>
                <w:szCs w:val="20"/>
                <w:lang w:val="pl-PL"/>
              </w:rPr>
              <w:t>□</w:t>
            </w:r>
          </w:p>
        </w:tc>
        <w:tc>
          <w:tcPr>
            <w:tcW w:w="8185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C465CB9" w14:textId="77777777" w:rsidR="00101151" w:rsidRPr="005C5485" w:rsidRDefault="000D7078">
            <w:pPr>
              <w:spacing w:after="0" w:line="240" w:lineRule="auto"/>
              <w:rPr>
                <w:szCs w:val="20"/>
                <w:lang w:val="pl-PL"/>
              </w:rPr>
            </w:pPr>
            <w:r w:rsidRPr="005C5485">
              <w:rPr>
                <w:szCs w:val="20"/>
                <w:lang w:val="pl-PL"/>
              </w:rPr>
              <w:t>Dane i dokumenty zawarte w ofercie są prawdziwe i aktualne.</w:t>
            </w:r>
          </w:p>
        </w:tc>
      </w:tr>
      <w:tr w:rsidR="00101151" w:rsidRPr="00CD7939" w14:paraId="2032C6BF" w14:textId="77777777" w:rsidTr="00917211">
        <w:trPr>
          <w:cantSplit/>
          <w:jc w:val="center"/>
        </w:trPr>
        <w:tc>
          <w:tcPr>
            <w:tcW w:w="815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D17E3DD" w14:textId="77777777" w:rsidR="00101151" w:rsidRPr="005C5485" w:rsidRDefault="000D7078" w:rsidP="00CF0820">
            <w:pPr>
              <w:spacing w:after="0" w:line="240" w:lineRule="auto"/>
              <w:jc w:val="center"/>
              <w:rPr>
                <w:szCs w:val="20"/>
                <w:lang w:val="pl-PL"/>
              </w:rPr>
            </w:pPr>
            <w:r w:rsidRPr="005C5485">
              <w:rPr>
                <w:szCs w:val="20"/>
                <w:lang w:val="pl-PL"/>
              </w:rPr>
              <w:t>□</w:t>
            </w:r>
          </w:p>
        </w:tc>
        <w:tc>
          <w:tcPr>
            <w:tcW w:w="8185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88D4F95" w14:textId="77777777" w:rsidR="00101151" w:rsidRPr="005C5485" w:rsidRDefault="000D7078">
            <w:pPr>
              <w:spacing w:after="0" w:line="240" w:lineRule="auto"/>
              <w:rPr>
                <w:szCs w:val="20"/>
                <w:lang w:val="pl-PL"/>
              </w:rPr>
            </w:pPr>
            <w:r w:rsidRPr="005C5485">
              <w:rPr>
                <w:szCs w:val="20"/>
                <w:lang w:val="pl-PL"/>
              </w:rPr>
              <w:t>Oferent akceptuje Program, ogłoszenie, szczegółowe warunki i wzór umowy.</w:t>
            </w:r>
          </w:p>
        </w:tc>
      </w:tr>
      <w:tr w:rsidR="00101151" w:rsidRPr="00CD7939" w14:paraId="40FFB97A" w14:textId="77777777" w:rsidTr="00917211">
        <w:trPr>
          <w:cantSplit/>
          <w:jc w:val="center"/>
        </w:trPr>
        <w:tc>
          <w:tcPr>
            <w:tcW w:w="815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6FF4907" w14:textId="77777777" w:rsidR="00101151" w:rsidRPr="005C5485" w:rsidRDefault="000D7078" w:rsidP="00CF0820">
            <w:pPr>
              <w:spacing w:after="0" w:line="240" w:lineRule="auto"/>
              <w:jc w:val="center"/>
              <w:rPr>
                <w:szCs w:val="20"/>
                <w:lang w:val="pl-PL"/>
              </w:rPr>
            </w:pPr>
            <w:r w:rsidRPr="005C5485">
              <w:rPr>
                <w:szCs w:val="20"/>
                <w:lang w:val="pl-PL"/>
              </w:rPr>
              <w:t>□</w:t>
            </w:r>
          </w:p>
        </w:tc>
        <w:tc>
          <w:tcPr>
            <w:tcW w:w="8185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AA181DD" w14:textId="77777777" w:rsidR="00101151" w:rsidRPr="005C5485" w:rsidRDefault="000D7078">
            <w:pPr>
              <w:spacing w:after="0" w:line="240" w:lineRule="auto"/>
              <w:rPr>
                <w:szCs w:val="20"/>
                <w:lang w:val="pl-PL"/>
              </w:rPr>
            </w:pPr>
            <w:r w:rsidRPr="005C5485">
              <w:rPr>
                <w:szCs w:val="20"/>
                <w:lang w:val="pl-PL"/>
              </w:rPr>
              <w:t>Oferent posiada zasoby niezbędne do realizacji oferty i utrzyma wymagane ubezpieczenia.</w:t>
            </w:r>
          </w:p>
        </w:tc>
      </w:tr>
      <w:tr w:rsidR="00101151" w:rsidRPr="00CD7939" w14:paraId="620DCA67" w14:textId="77777777" w:rsidTr="00917211">
        <w:trPr>
          <w:cantSplit/>
          <w:jc w:val="center"/>
        </w:trPr>
        <w:tc>
          <w:tcPr>
            <w:tcW w:w="815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D7B4E05" w14:textId="77777777" w:rsidR="00101151" w:rsidRPr="005C5485" w:rsidRDefault="000D7078" w:rsidP="00CF0820">
            <w:pPr>
              <w:spacing w:after="0" w:line="240" w:lineRule="auto"/>
              <w:jc w:val="center"/>
              <w:rPr>
                <w:szCs w:val="20"/>
                <w:lang w:val="pl-PL"/>
              </w:rPr>
            </w:pPr>
            <w:r w:rsidRPr="005C5485">
              <w:rPr>
                <w:szCs w:val="20"/>
                <w:lang w:val="pl-PL"/>
              </w:rPr>
              <w:t>□</w:t>
            </w:r>
          </w:p>
        </w:tc>
        <w:tc>
          <w:tcPr>
            <w:tcW w:w="8185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E6CE157" w14:textId="77777777" w:rsidR="00101151" w:rsidRPr="005C5485" w:rsidRDefault="000D7078">
            <w:pPr>
              <w:spacing w:after="0" w:line="240" w:lineRule="auto"/>
              <w:rPr>
                <w:szCs w:val="20"/>
                <w:lang w:val="pl-PL"/>
              </w:rPr>
            </w:pPr>
            <w:r w:rsidRPr="005C5485">
              <w:rPr>
                <w:szCs w:val="20"/>
                <w:lang w:val="pl-PL"/>
              </w:rPr>
              <w:t>Świadczenia dla uczestników będą bezpłatne i nie będą podwójnie finansowane.</w:t>
            </w:r>
          </w:p>
        </w:tc>
      </w:tr>
      <w:tr w:rsidR="00101151" w:rsidRPr="00CD7939" w14:paraId="20F64945" w14:textId="77777777" w:rsidTr="00917211">
        <w:trPr>
          <w:cantSplit/>
          <w:jc w:val="center"/>
        </w:trPr>
        <w:tc>
          <w:tcPr>
            <w:tcW w:w="815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61ABEBD" w14:textId="77777777" w:rsidR="00101151" w:rsidRPr="005C5485" w:rsidRDefault="000D7078" w:rsidP="00CF0820">
            <w:pPr>
              <w:spacing w:after="0" w:line="240" w:lineRule="auto"/>
              <w:jc w:val="center"/>
              <w:rPr>
                <w:szCs w:val="20"/>
                <w:lang w:val="pl-PL"/>
              </w:rPr>
            </w:pPr>
            <w:r w:rsidRPr="005C5485">
              <w:rPr>
                <w:szCs w:val="20"/>
                <w:lang w:val="pl-PL"/>
              </w:rPr>
              <w:t>□</w:t>
            </w:r>
          </w:p>
        </w:tc>
        <w:tc>
          <w:tcPr>
            <w:tcW w:w="8185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B143307" w14:textId="77777777" w:rsidR="00101151" w:rsidRPr="005C5485" w:rsidRDefault="000D7078">
            <w:pPr>
              <w:spacing w:after="0" w:line="240" w:lineRule="auto"/>
              <w:rPr>
                <w:szCs w:val="20"/>
                <w:lang w:val="pl-PL"/>
              </w:rPr>
            </w:pPr>
            <w:r w:rsidRPr="005C5485">
              <w:rPr>
                <w:szCs w:val="20"/>
                <w:lang w:val="pl-PL"/>
              </w:rPr>
              <w:t>Wskazane ceny i roczne kwoty obejmują wszystkie koszty właściwego składnika.</w:t>
            </w:r>
          </w:p>
        </w:tc>
      </w:tr>
      <w:tr w:rsidR="00101151" w:rsidRPr="00CD7939" w14:paraId="0A88ECC9" w14:textId="77777777" w:rsidTr="00917211">
        <w:trPr>
          <w:cantSplit/>
          <w:jc w:val="center"/>
        </w:trPr>
        <w:tc>
          <w:tcPr>
            <w:tcW w:w="815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365989C" w14:textId="77777777" w:rsidR="00101151" w:rsidRPr="005C5485" w:rsidRDefault="000D7078" w:rsidP="00CF0820">
            <w:pPr>
              <w:spacing w:after="0" w:line="240" w:lineRule="auto"/>
              <w:jc w:val="center"/>
              <w:rPr>
                <w:szCs w:val="20"/>
                <w:lang w:val="pl-PL"/>
              </w:rPr>
            </w:pPr>
            <w:r w:rsidRPr="005C5485">
              <w:rPr>
                <w:szCs w:val="20"/>
                <w:lang w:val="pl-PL"/>
              </w:rPr>
              <w:t>□</w:t>
            </w:r>
          </w:p>
        </w:tc>
        <w:tc>
          <w:tcPr>
            <w:tcW w:w="8185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B9C6986" w14:textId="77777777" w:rsidR="00101151" w:rsidRPr="005C5485" w:rsidRDefault="000D7078">
            <w:pPr>
              <w:spacing w:after="0" w:line="240" w:lineRule="auto"/>
              <w:rPr>
                <w:szCs w:val="20"/>
                <w:lang w:val="pl-PL"/>
              </w:rPr>
            </w:pPr>
            <w:r w:rsidRPr="005C5485">
              <w:rPr>
                <w:szCs w:val="20"/>
                <w:lang w:val="pl-PL"/>
              </w:rPr>
              <w:t>Planowana wartość dla żadnego roku nie przekracza właściwego limitu.</w:t>
            </w:r>
          </w:p>
        </w:tc>
      </w:tr>
      <w:tr w:rsidR="00101151" w:rsidRPr="00CD7939" w14:paraId="4B9B8C5E" w14:textId="77777777" w:rsidTr="00917211">
        <w:trPr>
          <w:cantSplit/>
          <w:jc w:val="center"/>
        </w:trPr>
        <w:tc>
          <w:tcPr>
            <w:tcW w:w="815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1F089DA" w14:textId="77777777" w:rsidR="00101151" w:rsidRPr="005C5485" w:rsidRDefault="000D7078" w:rsidP="00CF0820">
            <w:pPr>
              <w:spacing w:after="0" w:line="240" w:lineRule="auto"/>
              <w:jc w:val="center"/>
              <w:rPr>
                <w:szCs w:val="20"/>
                <w:lang w:val="pl-PL"/>
              </w:rPr>
            </w:pPr>
            <w:r w:rsidRPr="005C5485">
              <w:rPr>
                <w:szCs w:val="20"/>
                <w:lang w:val="pl-PL"/>
              </w:rPr>
              <w:t>□</w:t>
            </w:r>
          </w:p>
        </w:tc>
        <w:tc>
          <w:tcPr>
            <w:tcW w:w="8185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3E537D4" w14:textId="77777777" w:rsidR="00101151" w:rsidRPr="005C5485" w:rsidRDefault="000D7078">
            <w:pPr>
              <w:spacing w:after="0" w:line="240" w:lineRule="auto"/>
              <w:rPr>
                <w:szCs w:val="20"/>
                <w:lang w:val="pl-PL"/>
              </w:rPr>
            </w:pPr>
            <w:r w:rsidRPr="005C5485">
              <w:rPr>
                <w:szCs w:val="20"/>
                <w:lang w:val="pl-PL"/>
              </w:rPr>
              <w:t>Odstępstwa od wartości orientacyjnych Programu zostały opisane i uzasadnione.</w:t>
            </w:r>
          </w:p>
        </w:tc>
      </w:tr>
      <w:tr w:rsidR="00101151" w:rsidRPr="00CD7939" w14:paraId="2242F062" w14:textId="77777777" w:rsidTr="00917211">
        <w:trPr>
          <w:cantSplit/>
          <w:jc w:val="center"/>
        </w:trPr>
        <w:tc>
          <w:tcPr>
            <w:tcW w:w="815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964CF83" w14:textId="77777777" w:rsidR="00101151" w:rsidRPr="005C5485" w:rsidRDefault="000D7078" w:rsidP="00CF0820">
            <w:pPr>
              <w:spacing w:after="0" w:line="240" w:lineRule="auto"/>
              <w:jc w:val="center"/>
              <w:rPr>
                <w:szCs w:val="20"/>
                <w:lang w:val="pl-PL"/>
              </w:rPr>
            </w:pPr>
            <w:r w:rsidRPr="005C5485">
              <w:rPr>
                <w:szCs w:val="20"/>
                <w:lang w:val="pl-PL"/>
              </w:rPr>
              <w:t>□</w:t>
            </w:r>
          </w:p>
        </w:tc>
        <w:tc>
          <w:tcPr>
            <w:tcW w:w="8185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B799482" w14:textId="77777777" w:rsidR="00101151" w:rsidRPr="005C5485" w:rsidRDefault="000D7078">
            <w:pPr>
              <w:spacing w:after="0" w:line="240" w:lineRule="auto"/>
              <w:rPr>
                <w:szCs w:val="20"/>
                <w:lang w:val="pl-PL"/>
              </w:rPr>
            </w:pPr>
            <w:r w:rsidRPr="005C5485">
              <w:rPr>
                <w:szCs w:val="20"/>
                <w:lang w:val="pl-PL"/>
              </w:rPr>
              <w:t>Oferent wykonał obowiązek informacyjny wobec osób wskazanych w ofercie.</w:t>
            </w:r>
          </w:p>
        </w:tc>
      </w:tr>
    </w:tbl>
    <w:p w14:paraId="7D0C9911" w14:textId="77777777" w:rsidR="00101151" w:rsidRPr="00CD7939" w:rsidRDefault="00101151">
      <w:pPr>
        <w:rPr>
          <w:lang w:val="pl-PL"/>
        </w:rPr>
      </w:pPr>
    </w:p>
    <w:p w14:paraId="67592D97" w14:textId="38DC9032" w:rsidR="00101151" w:rsidRPr="00CD7939" w:rsidRDefault="005E7AF2">
      <w:pPr>
        <w:pStyle w:val="Nagwek1"/>
        <w:rPr>
          <w:rFonts w:ascii="Times New Roman" w:hAnsi="Times New Roman" w:cs="Times New Roman"/>
          <w:color w:val="000000" w:themeColor="text1"/>
          <w:sz w:val="22"/>
          <w:szCs w:val="22"/>
          <w:lang w:val="pl-PL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  <w:lang w:val="pl-PL"/>
        </w:rPr>
        <w:t>I</w:t>
      </w:r>
      <w:r w:rsidR="000D7078" w:rsidRPr="00CD7939">
        <w:rPr>
          <w:rFonts w:ascii="Times New Roman" w:hAnsi="Times New Roman" w:cs="Times New Roman"/>
          <w:color w:val="000000" w:themeColor="text1"/>
          <w:sz w:val="22"/>
          <w:szCs w:val="22"/>
          <w:lang w:val="pl-PL"/>
        </w:rPr>
        <w:t>X. Wykaz załączników</w:t>
      </w:r>
    </w:p>
    <w:tbl>
      <w:tblPr>
        <w:tblStyle w:val="Tabela-Siatka"/>
        <w:tblW w:w="9000" w:type="dxa"/>
        <w:jc w:val="center"/>
        <w:tblLayout w:type="fixed"/>
        <w:tblLook w:val="04A0" w:firstRow="1" w:lastRow="0" w:firstColumn="1" w:lastColumn="0" w:noHBand="0" w:noVBand="1"/>
      </w:tblPr>
      <w:tblGrid>
        <w:gridCol w:w="815"/>
        <w:gridCol w:w="8185"/>
      </w:tblGrid>
      <w:tr w:rsidR="00101151" w:rsidRPr="00CD7939" w14:paraId="02158F55" w14:textId="77777777" w:rsidTr="00865A31">
        <w:trPr>
          <w:cantSplit/>
          <w:tblHeader/>
          <w:jc w:val="center"/>
        </w:trPr>
        <w:tc>
          <w:tcPr>
            <w:tcW w:w="815" w:type="dxa"/>
            <w:shd w:val="clear" w:color="auto" w:fill="D9D9D9" w:themeFill="background1" w:themeFillShade="D9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336E2FA" w14:textId="77777777" w:rsidR="00101151" w:rsidRPr="005C5485" w:rsidRDefault="000D7078">
            <w:pPr>
              <w:spacing w:after="0" w:line="240" w:lineRule="auto"/>
              <w:rPr>
                <w:szCs w:val="28"/>
                <w:lang w:val="pl-PL"/>
              </w:rPr>
            </w:pPr>
            <w:r w:rsidRPr="005C5485">
              <w:rPr>
                <w:b/>
                <w:szCs w:val="28"/>
                <w:lang w:val="pl-PL"/>
              </w:rPr>
              <w:t>Wybór</w:t>
            </w:r>
          </w:p>
        </w:tc>
        <w:tc>
          <w:tcPr>
            <w:tcW w:w="8185" w:type="dxa"/>
            <w:shd w:val="clear" w:color="auto" w:fill="D9D9D9" w:themeFill="background1" w:themeFillShade="D9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BAE8AF4" w14:textId="77777777" w:rsidR="00101151" w:rsidRPr="005C5485" w:rsidRDefault="000D7078">
            <w:pPr>
              <w:spacing w:after="0" w:line="240" w:lineRule="auto"/>
              <w:rPr>
                <w:szCs w:val="28"/>
                <w:lang w:val="pl-PL"/>
              </w:rPr>
            </w:pPr>
            <w:r w:rsidRPr="005C5485">
              <w:rPr>
                <w:b/>
                <w:szCs w:val="28"/>
                <w:lang w:val="pl-PL"/>
              </w:rPr>
              <w:t>Załącznik</w:t>
            </w:r>
          </w:p>
        </w:tc>
      </w:tr>
      <w:tr w:rsidR="00101151" w:rsidRPr="00CD7939" w14:paraId="410E10B6" w14:textId="77777777" w:rsidTr="00917211">
        <w:trPr>
          <w:cantSplit/>
          <w:jc w:val="center"/>
        </w:trPr>
        <w:tc>
          <w:tcPr>
            <w:tcW w:w="815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0285772" w14:textId="77777777" w:rsidR="00101151" w:rsidRPr="005C5485" w:rsidRDefault="000D7078" w:rsidP="00CF0820">
            <w:pPr>
              <w:spacing w:after="0" w:line="240" w:lineRule="auto"/>
              <w:jc w:val="center"/>
              <w:rPr>
                <w:szCs w:val="28"/>
                <w:lang w:val="pl-PL"/>
              </w:rPr>
            </w:pPr>
            <w:r w:rsidRPr="005C5485">
              <w:rPr>
                <w:szCs w:val="28"/>
                <w:lang w:val="pl-PL"/>
              </w:rPr>
              <w:t>□</w:t>
            </w:r>
          </w:p>
        </w:tc>
        <w:tc>
          <w:tcPr>
            <w:tcW w:w="8185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6AF604B" w14:textId="77777777" w:rsidR="00101151" w:rsidRPr="005C5485" w:rsidRDefault="000D7078">
            <w:pPr>
              <w:spacing w:after="0" w:line="240" w:lineRule="auto"/>
              <w:rPr>
                <w:szCs w:val="28"/>
                <w:lang w:val="pl-PL"/>
              </w:rPr>
            </w:pPr>
            <w:r w:rsidRPr="005C5485">
              <w:rPr>
                <w:szCs w:val="28"/>
                <w:lang w:val="pl-PL"/>
              </w:rPr>
              <w:t>informacja umożliwiająca weryfikację wpisu do RPWDL</w:t>
            </w:r>
          </w:p>
        </w:tc>
      </w:tr>
      <w:tr w:rsidR="00101151" w:rsidRPr="00CD7939" w14:paraId="09D7CE45" w14:textId="77777777" w:rsidTr="00917211">
        <w:trPr>
          <w:cantSplit/>
          <w:jc w:val="center"/>
        </w:trPr>
        <w:tc>
          <w:tcPr>
            <w:tcW w:w="815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3A3EC82" w14:textId="77777777" w:rsidR="00101151" w:rsidRPr="005C5485" w:rsidRDefault="000D7078" w:rsidP="00CF0820">
            <w:pPr>
              <w:spacing w:after="0" w:line="240" w:lineRule="auto"/>
              <w:jc w:val="center"/>
              <w:rPr>
                <w:szCs w:val="28"/>
                <w:lang w:val="pl-PL"/>
              </w:rPr>
            </w:pPr>
            <w:r w:rsidRPr="005C5485">
              <w:rPr>
                <w:szCs w:val="28"/>
                <w:lang w:val="pl-PL"/>
              </w:rPr>
              <w:t>□</w:t>
            </w:r>
          </w:p>
        </w:tc>
        <w:tc>
          <w:tcPr>
            <w:tcW w:w="8185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2B521A0" w14:textId="77777777" w:rsidR="00101151" w:rsidRPr="005C5485" w:rsidRDefault="000D7078">
            <w:pPr>
              <w:spacing w:after="0" w:line="240" w:lineRule="auto"/>
              <w:rPr>
                <w:szCs w:val="28"/>
                <w:lang w:val="pl-PL"/>
              </w:rPr>
            </w:pPr>
            <w:r w:rsidRPr="005C5485">
              <w:rPr>
                <w:szCs w:val="28"/>
                <w:lang w:val="pl-PL"/>
              </w:rPr>
              <w:t>dokument reprezentacji / pełnomocnictwo – jeżeli dotyczy</w:t>
            </w:r>
          </w:p>
        </w:tc>
      </w:tr>
      <w:tr w:rsidR="00101151" w:rsidRPr="00CD7939" w14:paraId="7B7F011F" w14:textId="77777777" w:rsidTr="00917211">
        <w:trPr>
          <w:cantSplit/>
          <w:jc w:val="center"/>
        </w:trPr>
        <w:tc>
          <w:tcPr>
            <w:tcW w:w="815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710EA0F" w14:textId="77777777" w:rsidR="00101151" w:rsidRPr="005C5485" w:rsidRDefault="000D7078" w:rsidP="00CF0820">
            <w:pPr>
              <w:spacing w:after="0" w:line="240" w:lineRule="auto"/>
              <w:jc w:val="center"/>
              <w:rPr>
                <w:szCs w:val="28"/>
                <w:lang w:val="pl-PL"/>
              </w:rPr>
            </w:pPr>
            <w:r w:rsidRPr="005C5485">
              <w:rPr>
                <w:szCs w:val="28"/>
                <w:lang w:val="pl-PL"/>
              </w:rPr>
              <w:t>□</w:t>
            </w:r>
          </w:p>
        </w:tc>
        <w:tc>
          <w:tcPr>
            <w:tcW w:w="8185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EF015BF" w14:textId="77777777" w:rsidR="00101151" w:rsidRPr="005C5485" w:rsidRDefault="000D7078">
            <w:pPr>
              <w:spacing w:after="0" w:line="240" w:lineRule="auto"/>
              <w:rPr>
                <w:szCs w:val="28"/>
                <w:lang w:val="pl-PL"/>
              </w:rPr>
            </w:pPr>
            <w:r w:rsidRPr="005C5485">
              <w:rPr>
                <w:szCs w:val="28"/>
                <w:lang w:val="pl-PL"/>
              </w:rPr>
              <w:t>wykaz i dokumenty kwalifikacji personelu</w:t>
            </w:r>
          </w:p>
        </w:tc>
      </w:tr>
      <w:tr w:rsidR="00101151" w:rsidRPr="00CD7939" w14:paraId="1119FAAE" w14:textId="77777777" w:rsidTr="00917211">
        <w:trPr>
          <w:cantSplit/>
          <w:jc w:val="center"/>
        </w:trPr>
        <w:tc>
          <w:tcPr>
            <w:tcW w:w="815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25B0011" w14:textId="77777777" w:rsidR="00101151" w:rsidRPr="005C5485" w:rsidRDefault="000D7078" w:rsidP="00CF0820">
            <w:pPr>
              <w:spacing w:after="0" w:line="240" w:lineRule="auto"/>
              <w:jc w:val="center"/>
              <w:rPr>
                <w:szCs w:val="28"/>
                <w:lang w:val="pl-PL"/>
              </w:rPr>
            </w:pPr>
            <w:r w:rsidRPr="005C5485">
              <w:rPr>
                <w:szCs w:val="28"/>
                <w:lang w:val="pl-PL"/>
              </w:rPr>
              <w:t>□</w:t>
            </w:r>
          </w:p>
        </w:tc>
        <w:tc>
          <w:tcPr>
            <w:tcW w:w="8185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81E651F" w14:textId="77777777" w:rsidR="00101151" w:rsidRPr="005C5485" w:rsidRDefault="000D7078">
            <w:pPr>
              <w:spacing w:after="0" w:line="240" w:lineRule="auto"/>
              <w:rPr>
                <w:szCs w:val="28"/>
                <w:lang w:val="pl-PL"/>
              </w:rPr>
            </w:pPr>
            <w:r w:rsidRPr="005C5485">
              <w:rPr>
                <w:szCs w:val="28"/>
                <w:lang w:val="pl-PL"/>
              </w:rPr>
              <w:t>wykaz lokalizacji, pomieszczeń i wyposażenia</w:t>
            </w:r>
          </w:p>
        </w:tc>
      </w:tr>
      <w:tr w:rsidR="00101151" w:rsidRPr="00CD7939" w14:paraId="4F271B89" w14:textId="77777777" w:rsidTr="00917211">
        <w:trPr>
          <w:cantSplit/>
          <w:jc w:val="center"/>
        </w:trPr>
        <w:tc>
          <w:tcPr>
            <w:tcW w:w="815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CB2A354" w14:textId="77777777" w:rsidR="00101151" w:rsidRPr="005C5485" w:rsidRDefault="000D7078" w:rsidP="00CF0820">
            <w:pPr>
              <w:spacing w:after="0" w:line="240" w:lineRule="auto"/>
              <w:jc w:val="center"/>
              <w:rPr>
                <w:szCs w:val="28"/>
                <w:lang w:val="pl-PL"/>
              </w:rPr>
            </w:pPr>
            <w:r w:rsidRPr="005C5485">
              <w:rPr>
                <w:szCs w:val="28"/>
                <w:lang w:val="pl-PL"/>
              </w:rPr>
              <w:t>□</w:t>
            </w:r>
          </w:p>
        </w:tc>
        <w:tc>
          <w:tcPr>
            <w:tcW w:w="8185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C30973E" w14:textId="77777777" w:rsidR="00101151" w:rsidRPr="005C5485" w:rsidRDefault="000D7078">
            <w:pPr>
              <w:spacing w:after="0" w:line="240" w:lineRule="auto"/>
              <w:rPr>
                <w:szCs w:val="28"/>
                <w:lang w:val="pl-PL"/>
              </w:rPr>
            </w:pPr>
            <w:r w:rsidRPr="005C5485">
              <w:rPr>
                <w:szCs w:val="28"/>
                <w:lang w:val="pl-PL"/>
              </w:rPr>
              <w:t>polisy OC i NNW albo dokumenty ubezpieczyciela</w:t>
            </w:r>
          </w:p>
        </w:tc>
      </w:tr>
      <w:tr w:rsidR="00101151" w:rsidRPr="00CD7939" w14:paraId="072DACA9" w14:textId="77777777" w:rsidTr="00917211">
        <w:trPr>
          <w:cantSplit/>
          <w:jc w:val="center"/>
        </w:trPr>
        <w:tc>
          <w:tcPr>
            <w:tcW w:w="815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A5833D5" w14:textId="77777777" w:rsidR="00101151" w:rsidRPr="005C5485" w:rsidRDefault="000D7078" w:rsidP="00CF0820">
            <w:pPr>
              <w:spacing w:after="0" w:line="240" w:lineRule="auto"/>
              <w:jc w:val="center"/>
              <w:rPr>
                <w:szCs w:val="28"/>
                <w:lang w:val="pl-PL"/>
              </w:rPr>
            </w:pPr>
            <w:r w:rsidRPr="005C5485">
              <w:rPr>
                <w:szCs w:val="28"/>
                <w:lang w:val="pl-PL"/>
              </w:rPr>
              <w:t>□</w:t>
            </w:r>
          </w:p>
        </w:tc>
        <w:tc>
          <w:tcPr>
            <w:tcW w:w="8185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4C93CC9" w14:textId="77777777" w:rsidR="00101151" w:rsidRPr="005C5485" w:rsidRDefault="000D7078">
            <w:pPr>
              <w:spacing w:after="0" w:line="240" w:lineRule="auto"/>
              <w:rPr>
                <w:szCs w:val="28"/>
                <w:lang w:val="pl-PL"/>
              </w:rPr>
            </w:pPr>
            <w:r w:rsidRPr="005C5485">
              <w:rPr>
                <w:szCs w:val="28"/>
                <w:lang w:val="pl-PL"/>
              </w:rPr>
              <w:t>podpisany załącznik nr 1 do szczegółowych warunków – „Oświadczenia Oferenta i klauzula informacyjna”</w:t>
            </w:r>
          </w:p>
        </w:tc>
      </w:tr>
      <w:tr w:rsidR="00101151" w:rsidRPr="00CD7939" w14:paraId="23E8C28E" w14:textId="77777777" w:rsidTr="00917211">
        <w:trPr>
          <w:cantSplit/>
          <w:jc w:val="center"/>
        </w:trPr>
        <w:tc>
          <w:tcPr>
            <w:tcW w:w="815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E45875D" w14:textId="77777777" w:rsidR="00101151" w:rsidRPr="005C5485" w:rsidRDefault="000D7078" w:rsidP="00CF0820">
            <w:pPr>
              <w:spacing w:after="0" w:line="240" w:lineRule="auto"/>
              <w:jc w:val="center"/>
              <w:rPr>
                <w:szCs w:val="28"/>
                <w:lang w:val="pl-PL"/>
              </w:rPr>
            </w:pPr>
            <w:r w:rsidRPr="005C5485">
              <w:rPr>
                <w:szCs w:val="28"/>
                <w:lang w:val="pl-PL"/>
              </w:rPr>
              <w:t>□</w:t>
            </w:r>
          </w:p>
        </w:tc>
        <w:tc>
          <w:tcPr>
            <w:tcW w:w="8185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C66EEEC" w14:textId="77777777" w:rsidR="00101151" w:rsidRPr="005C5485" w:rsidRDefault="000D7078">
            <w:pPr>
              <w:spacing w:after="0" w:line="240" w:lineRule="auto"/>
              <w:rPr>
                <w:szCs w:val="28"/>
                <w:lang w:val="pl-PL"/>
              </w:rPr>
            </w:pPr>
            <w:r w:rsidRPr="005C5485">
              <w:rPr>
                <w:szCs w:val="28"/>
                <w:lang w:val="pl-PL"/>
              </w:rPr>
              <w:t>inne: …………………………………………………………………</w:t>
            </w:r>
          </w:p>
        </w:tc>
      </w:tr>
    </w:tbl>
    <w:p w14:paraId="337C8DDD" w14:textId="77777777" w:rsidR="00101151" w:rsidRPr="00CD7939" w:rsidRDefault="00101151">
      <w:pPr>
        <w:rPr>
          <w:lang w:val="pl-PL"/>
        </w:rPr>
      </w:pPr>
    </w:p>
    <w:p w14:paraId="4C5B2DAD" w14:textId="77777777" w:rsidR="00101151" w:rsidRPr="00CD7939" w:rsidRDefault="000D7078">
      <w:pPr>
        <w:rPr>
          <w:sz w:val="22"/>
          <w:lang w:val="pl-PL"/>
        </w:rPr>
      </w:pPr>
      <w:r w:rsidRPr="00CD7939">
        <w:rPr>
          <w:sz w:val="22"/>
          <w:lang w:val="pl-PL"/>
        </w:rPr>
        <w:t>Miejscowość i data: …………………………………………………………………</w:t>
      </w:r>
    </w:p>
    <w:p w14:paraId="60F4303F" w14:textId="77777777" w:rsidR="00101151" w:rsidRPr="00CD7939" w:rsidRDefault="000D7078">
      <w:pPr>
        <w:jc w:val="center"/>
        <w:rPr>
          <w:sz w:val="22"/>
          <w:lang w:val="pl-PL"/>
        </w:rPr>
      </w:pPr>
      <w:r w:rsidRPr="00CD7939">
        <w:rPr>
          <w:sz w:val="22"/>
          <w:lang w:val="pl-PL"/>
        </w:rPr>
        <w:t>……………………………………………………………………………………</w:t>
      </w:r>
      <w:r w:rsidRPr="00CD7939">
        <w:rPr>
          <w:sz w:val="22"/>
          <w:lang w:val="pl-PL"/>
        </w:rPr>
        <w:br/>
        <w:t>podpis osoby/osób uprawnionych do reprezentacji Oferenta</w:t>
      </w:r>
    </w:p>
    <w:sectPr w:rsidR="00101151" w:rsidRPr="00CD7939" w:rsidSect="00034616">
      <w:headerReference w:type="default" r:id="rId8"/>
      <w:footerReference w:type="default" r:id="rId9"/>
      <w:pgSz w:w="11906" w:h="16838"/>
      <w:pgMar w:top="1020" w:right="1134" w:bottom="1020" w:left="1134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D3AB47" w14:textId="77777777" w:rsidR="00FE7C24" w:rsidRDefault="00FE7C24">
      <w:pPr>
        <w:spacing w:after="0" w:line="240" w:lineRule="auto"/>
      </w:pPr>
      <w:r>
        <w:separator/>
      </w:r>
    </w:p>
  </w:endnote>
  <w:endnote w:type="continuationSeparator" w:id="0">
    <w:p w14:paraId="4269D302" w14:textId="77777777" w:rsidR="00FE7C24" w:rsidRDefault="00FE7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91C4CF" w14:textId="77777777" w:rsidR="00101151" w:rsidRDefault="00101151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0C8567" w14:textId="77777777" w:rsidR="00FE7C24" w:rsidRDefault="00FE7C24">
      <w:pPr>
        <w:spacing w:after="0" w:line="240" w:lineRule="auto"/>
      </w:pPr>
      <w:r>
        <w:separator/>
      </w:r>
    </w:p>
  </w:footnote>
  <w:footnote w:type="continuationSeparator" w:id="0">
    <w:p w14:paraId="56CB158B" w14:textId="77777777" w:rsidR="00FE7C24" w:rsidRDefault="00FE7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C3D068" w14:textId="77777777" w:rsidR="00101151" w:rsidRDefault="00101151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36095"/>
    <w:rsid w:val="0006063C"/>
    <w:rsid w:val="000D7078"/>
    <w:rsid w:val="00101151"/>
    <w:rsid w:val="0015074B"/>
    <w:rsid w:val="0015694C"/>
    <w:rsid w:val="00167A73"/>
    <w:rsid w:val="001C49FC"/>
    <w:rsid w:val="001D607B"/>
    <w:rsid w:val="0022673B"/>
    <w:rsid w:val="00262744"/>
    <w:rsid w:val="00277D2A"/>
    <w:rsid w:val="0029639D"/>
    <w:rsid w:val="002D0178"/>
    <w:rsid w:val="00304145"/>
    <w:rsid w:val="00326F90"/>
    <w:rsid w:val="00340866"/>
    <w:rsid w:val="00390F12"/>
    <w:rsid w:val="00424041"/>
    <w:rsid w:val="004B247F"/>
    <w:rsid w:val="004C4BF9"/>
    <w:rsid w:val="00536DC8"/>
    <w:rsid w:val="005C5485"/>
    <w:rsid w:val="005E7AF2"/>
    <w:rsid w:val="006006FD"/>
    <w:rsid w:val="00627DFF"/>
    <w:rsid w:val="00682015"/>
    <w:rsid w:val="006D0960"/>
    <w:rsid w:val="00865A31"/>
    <w:rsid w:val="00880AE2"/>
    <w:rsid w:val="008F4B13"/>
    <w:rsid w:val="00917211"/>
    <w:rsid w:val="00984D0C"/>
    <w:rsid w:val="009B784F"/>
    <w:rsid w:val="00AA1D8D"/>
    <w:rsid w:val="00B1009A"/>
    <w:rsid w:val="00B4700C"/>
    <w:rsid w:val="00B47730"/>
    <w:rsid w:val="00CB0664"/>
    <w:rsid w:val="00CD7939"/>
    <w:rsid w:val="00CE2C5F"/>
    <w:rsid w:val="00CF0820"/>
    <w:rsid w:val="00D41E89"/>
    <w:rsid w:val="00EB63DB"/>
    <w:rsid w:val="00F738C4"/>
    <w:rsid w:val="00F81D1A"/>
    <w:rsid w:val="00FC693F"/>
    <w:rsid w:val="00FE7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EA9AC0"/>
  <w14:defaultImageDpi w14:val="300"/>
  <w15:docId w15:val="{E5F2D8EE-788F-433D-892A-F84F8CDAA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693F"/>
    <w:pPr>
      <w:spacing w:after="80" w:line="252" w:lineRule="auto"/>
    </w:pPr>
    <w:rPr>
      <w:rFonts w:ascii="Times New Roman" w:eastAsia="Times New Roman" w:hAnsi="Times New Roman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160"/>
      <w:outlineLvl w:val="0"/>
    </w:pPr>
    <w:rPr>
      <w:rFonts w:asciiTheme="majorHAnsi" w:eastAsiaTheme="majorEastAsia" w:hAnsiTheme="majorHAnsi" w:cstheme="majorBidi"/>
      <w:b/>
      <w:bCs/>
      <w:color w:val="1F4E79"/>
      <w:sz w:val="25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b/>
      <w:bCs/>
      <w:color w:val="2F5597"/>
      <w:sz w:val="23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160"/>
      <w:outlineLvl w:val="2"/>
    </w:pPr>
    <w:rPr>
      <w:rFonts w:asciiTheme="majorHAnsi" w:eastAsiaTheme="majorEastAsia" w:hAnsiTheme="majorHAnsi" w:cstheme="majorBidi"/>
      <w:b/>
      <w:bCs/>
      <w:color w:val="404040"/>
      <w:sz w:val="2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keepNext/>
      <w:pBdr>
        <w:bottom w:val="single" w:sz="8" w:space="4" w:color="4F81BD" w:themeColor="accent1"/>
      </w:pBdr>
      <w:spacing w:before="160" w:line="240" w:lineRule="auto"/>
      <w:contextualSpacing/>
    </w:pPr>
    <w:rPr>
      <w:rFonts w:asciiTheme="majorHAnsi" w:eastAsiaTheme="majorEastAsia" w:hAnsiTheme="majorHAnsi" w:cstheme="majorBidi"/>
      <w:b/>
      <w:color w:val="1F4E79"/>
      <w:spacing w:val="5"/>
      <w:kern w:val="28"/>
      <w:sz w:val="30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898DFFF-238B-49B9-A9C4-B98B8A745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5</Pages>
  <Words>1120</Words>
  <Characters>6724</Characters>
  <Application>Microsoft Office Word</Application>
  <DocSecurity>0</DocSecurity>
  <Lines>56</Lines>
  <Paragraphs>15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Formularz ofertowy</vt:lpstr>
      <vt:lpstr/>
    </vt:vector>
  </TitlesOfParts>
  <Manager/>
  <Company/>
  <LinksUpToDate>false</LinksUpToDate>
  <CharactersWithSpaces>7829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</dc:title>
  <dc:subject>PPZ meningokoki – Gmina Kąty Wrocławskie, lata 2026–2028</dc:subject>
  <dc:creator>Gmina Kąty Wrocławskie</dc:creator>
  <cp:keywords/>
  <dc:description>generated by python-docx</dc:description>
  <cp:lastModifiedBy>Michał Siekierski</cp:lastModifiedBy>
  <cp:revision>25</cp:revision>
  <cp:lastPrinted>2026-08-04T07:35:00Z</cp:lastPrinted>
  <dcterms:created xsi:type="dcterms:W3CDTF">2013-12-23T23:15:00Z</dcterms:created>
  <dcterms:modified xsi:type="dcterms:W3CDTF">2026-08-05T06:51:00Z</dcterms:modified>
  <cp:category/>
</cp:coreProperties>
</file>